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9938" w14:textId="7047091C" w:rsidR="00927AA1" w:rsidRPr="009460F9" w:rsidRDefault="009460F9">
      <w:pPr>
        <w:spacing w:before="140" w:after="60"/>
        <w:rPr>
          <w:lang w:val="es-AR"/>
        </w:rPr>
      </w:pPr>
      <w:r>
        <w:rPr>
          <w:b/>
          <w:color w:val="B08D3B"/>
          <w:lang w:val="es-AR"/>
        </w:rPr>
        <w:t>Sergio A Bustos LLC</w:t>
      </w:r>
    </w:p>
    <w:p w14:paraId="1D7DA51B" w14:textId="77777777" w:rsidR="00927AA1" w:rsidRPr="009460F9" w:rsidRDefault="00D62117">
      <w:pPr>
        <w:spacing w:after="80"/>
        <w:rPr>
          <w:lang w:val="es-AR"/>
        </w:rPr>
      </w:pPr>
      <w:r w:rsidRPr="009460F9">
        <w:rPr>
          <w:rFonts w:ascii="Aptos Display" w:hAnsi="Aptos Display"/>
          <w:b/>
          <w:color w:val="16283F"/>
          <w:sz w:val="46"/>
          <w:lang w:val="es-AR"/>
        </w:rPr>
        <w:t>FORMULARIO DE PRECALIFICACIÓN COMERCIAL</w:t>
      </w:r>
    </w:p>
    <w:p w14:paraId="7833B347" w14:textId="77777777" w:rsidR="00927AA1" w:rsidRPr="009460F9" w:rsidRDefault="00D62117">
      <w:pPr>
        <w:pBdr>
          <w:bottom w:val="single" w:sz="14" w:space="3" w:color="B08D3B"/>
        </w:pBdr>
        <w:spacing w:after="200"/>
        <w:rPr>
          <w:lang w:val="es-AR"/>
        </w:rPr>
      </w:pPr>
      <w:r w:rsidRPr="009460F9">
        <w:rPr>
          <w:color w:val="5E6875"/>
          <w:sz w:val="24"/>
          <w:lang w:val="es-AR"/>
        </w:rPr>
        <w:t>Compra, inversión u otra operación sobre litio, oro o cobre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4D05FCF4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71AD04" w14:textId="77777777" w:rsidR="00927AA1" w:rsidRDefault="00D62117">
            <w:pPr>
              <w:spacing w:after="0"/>
            </w:pPr>
            <w:proofErr w:type="spellStart"/>
            <w:r>
              <w:rPr>
                <w:b/>
                <w:color w:val="16283F"/>
                <w:sz w:val="17"/>
              </w:rPr>
              <w:t>Interesado</w:t>
            </w:r>
            <w:proofErr w:type="spellEnd"/>
            <w:r>
              <w:rPr>
                <w:b/>
                <w:color w:val="16283F"/>
                <w:sz w:val="17"/>
              </w:rPr>
              <w:t xml:space="preserve"> / </w:t>
            </w:r>
            <w:proofErr w:type="spellStart"/>
            <w:r>
              <w:rPr>
                <w:b/>
                <w:color w:val="16283F"/>
                <w:sz w:val="17"/>
              </w:rPr>
              <w:t>contacto</w:t>
            </w:r>
            <w:proofErr w:type="spellEnd"/>
            <w:r>
              <w:rPr>
                <w:b/>
                <w:color w:val="16283F"/>
                <w:sz w:val="17"/>
              </w:rPr>
              <w:t xml:space="preserve"> </w:t>
            </w:r>
            <w:proofErr w:type="spellStart"/>
            <w:r>
              <w:rPr>
                <w:b/>
                <w:color w:val="16283F"/>
                <w:sz w:val="17"/>
              </w:rPr>
              <w:t>inicial</w:t>
            </w:r>
            <w:proofErr w:type="spellEnd"/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0766F8" w14:textId="4008E5B0" w:rsidR="00927AA1" w:rsidRDefault="009460F9">
            <w:pPr>
              <w:spacing w:after="0"/>
            </w:pPr>
            <w:r>
              <w:rPr>
                <w:color w:val="5E6875"/>
                <w:sz w:val="18"/>
              </w:rPr>
              <w:t>__________________________________________________________________________</w:t>
            </w:r>
          </w:p>
        </w:tc>
      </w:tr>
      <w:tr w:rsidR="00927AA1" w14:paraId="75D39491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9C5F3B4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Empresa representada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234324" w14:textId="4AD751B8" w:rsidR="00927AA1" w:rsidRDefault="00D62117">
            <w:pPr>
              <w:spacing w:after="0"/>
            </w:pPr>
            <w:sdt>
              <w:sdtPr>
                <w:alias w:val="EMPRESA"/>
                <w:tag w:val="EMPRESA"/>
                <w:id w:val="181899206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_________________________________________________________________________</w:t>
                </w:r>
              </w:sdtContent>
            </w:sdt>
          </w:p>
        </w:tc>
      </w:tr>
      <w:tr w:rsidR="00927AA1" w14:paraId="49C21D8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F76C5F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Fecha de presentación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054F5B" w14:textId="37EC18FF" w:rsidR="00927AA1" w:rsidRDefault="00D62117">
            <w:pPr>
              <w:spacing w:after="0"/>
            </w:pPr>
            <w:sdt>
              <w:sdtPr>
                <w:alias w:val="FECHA"/>
                <w:tag w:val="FECHA"/>
                <w:id w:val="-170702552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____/____/___________</w:t>
                </w:r>
              </w:sdtContent>
            </w:sdt>
          </w:p>
        </w:tc>
      </w:tr>
      <w:tr w:rsidR="00927AA1" w14:paraId="16ED196B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F41BEA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Código interno / referencia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DF9F3F" w14:textId="1A1E97A1" w:rsidR="00927AA1" w:rsidRDefault="00D62117">
            <w:pPr>
              <w:spacing w:after="0"/>
            </w:pPr>
            <w:sdt>
              <w:sdtPr>
                <w:alias w:val="REFERENCIA"/>
                <w:tag w:val="REFERENCIA"/>
                <w:id w:val="205912508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00023</w:t>
                </w:r>
              </w:sdtContent>
            </w:sdt>
          </w:p>
        </w:tc>
      </w:tr>
    </w:tbl>
    <w:p w14:paraId="20F4D612" w14:textId="77777777" w:rsidR="00927AA1" w:rsidRDefault="00927AA1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27AA1" w:rsidRPr="009460F9" w14:paraId="46A5971D" w14:textId="77777777">
        <w:tc>
          <w:tcPr>
            <w:tcW w:w="9360" w:type="dxa"/>
            <w:shd w:val="clear" w:color="auto" w:fill="FFF8E8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BC52CDB" w14:textId="77777777" w:rsidR="00927AA1" w:rsidRPr="009460F9" w:rsidRDefault="00D62117">
            <w:pPr>
              <w:spacing w:after="60"/>
              <w:rPr>
                <w:lang w:val="es-AR"/>
              </w:rPr>
            </w:pPr>
            <w:r w:rsidRPr="009460F9">
              <w:rPr>
                <w:b/>
                <w:color w:val="7A5A00"/>
                <w:lang w:val="es-AR"/>
              </w:rPr>
              <w:t>FINALIDAD Y CONDICIÓN DE AVANCE</w:t>
            </w:r>
          </w:p>
          <w:p w14:paraId="0656AFDE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sz w:val="18"/>
                <w:lang w:val="es-AR"/>
              </w:rPr>
              <w:t>Este formulario procura verificar identidad, capacidad, mandato e intención comercial antes de solicitar precios, disponibilidad, muestras, documentación técnica, acceso a proyectos o contacto con titulares. Su recepción no implica aceptación, reserva, exclusividad, oferta, promesa de venta ni obligación de revelar contrapartes. Las presentaciones incompletas o no verificables podrán archivarse sin cotización.</w:t>
            </w:r>
          </w:p>
        </w:tc>
      </w:tr>
    </w:tbl>
    <w:p w14:paraId="59A3079A" w14:textId="77777777" w:rsidR="00927AA1" w:rsidRDefault="00D62117">
      <w:pPr>
        <w:pStyle w:val="Heading2"/>
      </w:pPr>
      <w:proofErr w:type="spellStart"/>
      <w:r>
        <w:t>Instrucciones</w:t>
      </w:r>
      <w:proofErr w:type="spellEnd"/>
    </w:p>
    <w:p w14:paraId="5E679781" w14:textId="77777777" w:rsidR="00927AA1" w:rsidRPr="009460F9" w:rsidRDefault="00D62117">
      <w:pPr>
        <w:pStyle w:val="ListBullet"/>
        <w:rPr>
          <w:lang w:val="es-AR"/>
        </w:rPr>
      </w:pPr>
      <w:r w:rsidRPr="009460F9">
        <w:rPr>
          <w:lang w:val="es-AR"/>
        </w:rPr>
        <w:t>Completar todos los campos aplicables. Si un dato no corresponde, indicar “No aplica” y explicar brevemente.</w:t>
      </w:r>
    </w:p>
    <w:p w14:paraId="472C13AB" w14:textId="77777777" w:rsidR="00927AA1" w:rsidRPr="009460F9" w:rsidRDefault="00D62117">
      <w:pPr>
        <w:pStyle w:val="ListBullet"/>
        <w:rPr>
          <w:lang w:val="es-AR"/>
        </w:rPr>
      </w:pPr>
      <w:r w:rsidRPr="009460F9">
        <w:rPr>
          <w:lang w:val="es-AR"/>
        </w:rPr>
        <w:t xml:space="preserve">Adjuntar documentación vigente y legible. Puede ocultarse información bancaria no esencial, pero deben quedar </w:t>
      </w:r>
      <w:proofErr w:type="gramStart"/>
      <w:r w:rsidRPr="009460F9">
        <w:rPr>
          <w:lang w:val="es-AR"/>
        </w:rPr>
        <w:t>visibles titular</w:t>
      </w:r>
      <w:proofErr w:type="gramEnd"/>
      <w:r w:rsidRPr="009460F9">
        <w:rPr>
          <w:lang w:val="es-AR"/>
        </w:rPr>
        <w:t>, institución, fecha, moneda y monto o rango verificable.</w:t>
      </w:r>
    </w:p>
    <w:p w14:paraId="00FB5EDE" w14:textId="77777777" w:rsidR="00927AA1" w:rsidRPr="009460F9" w:rsidRDefault="00D62117">
      <w:pPr>
        <w:pStyle w:val="ListBullet"/>
        <w:rPr>
          <w:lang w:val="es-AR"/>
        </w:rPr>
      </w:pPr>
      <w:r w:rsidRPr="009460F9">
        <w:rPr>
          <w:lang w:val="es-AR"/>
        </w:rPr>
        <w:t>No remitir claves, contraseñas, números completos de cuenta, códigos de seguridad ni información que no resulte necesaria para la evaluación.</w:t>
      </w:r>
    </w:p>
    <w:p w14:paraId="467312A9" w14:textId="77777777" w:rsidR="00927AA1" w:rsidRPr="009460F9" w:rsidRDefault="00D62117">
      <w:pPr>
        <w:pStyle w:val="ListBullet"/>
        <w:rPr>
          <w:lang w:val="es-AR"/>
        </w:rPr>
      </w:pPr>
      <w:r w:rsidRPr="009460F9">
        <w:rPr>
          <w:lang w:val="es-AR"/>
        </w:rPr>
        <w:t xml:space="preserve">La información podrá ser verificada directamente con la empresa, banco, asesor, comprador final, </w:t>
      </w:r>
      <w:proofErr w:type="spellStart"/>
      <w:r w:rsidRPr="009460F9">
        <w:rPr>
          <w:lang w:val="es-AR"/>
        </w:rPr>
        <w:t>mandatante</w:t>
      </w:r>
      <w:proofErr w:type="spellEnd"/>
      <w:r w:rsidRPr="009460F9">
        <w:rPr>
          <w:lang w:val="es-AR"/>
        </w:rPr>
        <w:t xml:space="preserve"> o profesional indicado, sujeto a autorización y canales seguros.</w:t>
      </w:r>
    </w:p>
    <w:p w14:paraId="479FB716" w14:textId="77777777" w:rsidR="00927AA1" w:rsidRPr="009460F9" w:rsidRDefault="00D62117">
      <w:pPr>
        <w:pStyle w:val="Heading1"/>
        <w:rPr>
          <w:lang w:val="es-AR"/>
        </w:rPr>
      </w:pPr>
      <w:r w:rsidRPr="009460F9">
        <w:rPr>
          <w:lang w:val="es-AR"/>
        </w:rPr>
        <w:t>1. Identificación del solicitante y de la empresa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3B6358A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3F9631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Razón social completa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71AF6B" w14:textId="08CE33A9" w:rsidR="00927AA1" w:rsidRDefault="00D62117">
            <w:pPr>
              <w:spacing w:after="0"/>
            </w:pPr>
            <w:sdt>
              <w:sdtPr>
                <w:alias w:val="RAZON_SOCIAL"/>
                <w:tag w:val="RAZON_SOCIAL"/>
                <w:id w:val="-17633916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</w:t>
                </w:r>
              </w:sdtContent>
            </w:sdt>
          </w:p>
        </w:tc>
      </w:tr>
      <w:tr w:rsidR="00927AA1" w14:paraId="406D298F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4C4AF7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Nombre comercial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E4D932" w14:textId="483594F0" w:rsidR="00927AA1" w:rsidRDefault="00D62117">
            <w:pPr>
              <w:spacing w:after="0"/>
            </w:pPr>
            <w:sdt>
              <w:sdtPr>
                <w:alias w:val="NOMBRE_COMERCIAL"/>
                <w:tag w:val="NOMBRE_COMERCIAL"/>
                <w:id w:val="1568381554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</w:t>
                </w:r>
              </w:sdtContent>
            </w:sdt>
          </w:p>
        </w:tc>
      </w:tr>
      <w:tr w:rsidR="00927AA1" w14:paraId="6F947B4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E016FC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CUIT / Tax ID / registro equivalente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DE98B0" w14:textId="09EC4C58" w:rsidR="00927AA1" w:rsidRDefault="00D62117">
            <w:pPr>
              <w:spacing w:after="0"/>
            </w:pPr>
            <w:sdt>
              <w:sdtPr>
                <w:alias w:val="ID_FISCAL"/>
                <w:tag w:val="ID_FISCAL"/>
                <w:id w:val="151303745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</w:t>
                </w:r>
              </w:sdtContent>
            </w:sdt>
          </w:p>
        </w:tc>
      </w:tr>
      <w:tr w:rsidR="00927AA1" w14:paraId="3ADA961C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4AC08B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País y jurisdicción de constitución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C95550" w14:textId="08352F85" w:rsidR="00927AA1" w:rsidRDefault="00D62117">
            <w:pPr>
              <w:spacing w:after="0"/>
            </w:pPr>
            <w:sdt>
              <w:sdtPr>
                <w:alias w:val="JURISDICCION"/>
                <w:tag w:val="JURISDICCION"/>
                <w:id w:val="120289997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</w:t>
                </w:r>
              </w:sdtContent>
            </w:sdt>
          </w:p>
        </w:tc>
      </w:tr>
      <w:tr w:rsidR="00927AA1" w14:paraId="7412FFD0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BD84EA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Fecha de constitución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A0EF8E" w14:textId="723298EE" w:rsidR="00927AA1" w:rsidRDefault="00D62117">
            <w:pPr>
              <w:spacing w:after="0"/>
            </w:pPr>
            <w:sdt>
              <w:sdtPr>
                <w:alias w:val="FECHA_CONSTITUCION"/>
                <w:tag w:val="FECHA_CONSTITUCION"/>
                <w:id w:val="100447917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___/______/________</w:t>
                </w:r>
              </w:sdtContent>
            </w:sdt>
          </w:p>
        </w:tc>
      </w:tr>
      <w:tr w:rsidR="00927AA1" w14:paraId="5EF1124F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ECB7B1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Domicilio legal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4FAEC8" w14:textId="0B630AD7" w:rsidR="00927AA1" w:rsidRDefault="00D62117">
            <w:pPr>
              <w:spacing w:after="0"/>
            </w:pPr>
            <w:sdt>
              <w:sdtPr>
                <w:alias w:val="DOMICILIO_LEGAL"/>
                <w:tag w:val="DOMICILIO_LEGAL"/>
                <w:id w:val="-638185373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</w:t>
                </w:r>
              </w:sdtContent>
            </w:sdt>
          </w:p>
        </w:tc>
      </w:tr>
      <w:tr w:rsidR="00927AA1" w14:paraId="00CC7C6E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585104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Domicilio operativo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28EB03" w14:textId="4E0954FC" w:rsidR="00927AA1" w:rsidRDefault="00D62117">
            <w:pPr>
              <w:spacing w:after="0"/>
            </w:pPr>
            <w:sdt>
              <w:sdtPr>
                <w:alias w:val="DOMICILIO_OPERATIVO"/>
                <w:tag w:val="DOMICILIO_OPERATIVO"/>
                <w:id w:val="-159393468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_______________________________________________________</w:t>
                </w:r>
              </w:sdtContent>
            </w:sdt>
          </w:p>
        </w:tc>
      </w:tr>
      <w:tr w:rsidR="00927AA1" w14:paraId="72A9F228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CE2D20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Sitio web corporativo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A6020F" w14:textId="24BB4B1A" w:rsidR="00927AA1" w:rsidRDefault="00D62117">
            <w:pPr>
              <w:spacing w:after="0"/>
            </w:pPr>
            <w:sdt>
              <w:sdtPr>
                <w:alias w:val="WEB"/>
                <w:tag w:val="WEB"/>
                <w:id w:val="157979013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</w:t>
                </w:r>
              </w:sdtContent>
            </w:sdt>
          </w:p>
        </w:tc>
      </w:tr>
      <w:tr w:rsidR="00927AA1" w14:paraId="2D64FF67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BBDA45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Actividad principal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B17F14" w14:textId="7BA14B6E" w:rsidR="00927AA1" w:rsidRDefault="00D62117">
            <w:pPr>
              <w:spacing w:after="0"/>
            </w:pPr>
            <w:sdt>
              <w:sdtPr>
                <w:alias w:val="ACTIVIDAD"/>
                <w:tag w:val="ACTIVIDAD"/>
                <w:id w:val="206097983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</w:t>
                </w:r>
              </w:sdtContent>
            </w:sdt>
          </w:p>
        </w:tc>
      </w:tr>
      <w:tr w:rsidR="00927AA1" w14:paraId="3D7A090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A6E3C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Teléfono institucional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7DA044" w14:textId="697C1D53" w:rsidR="00927AA1" w:rsidRDefault="00D62117">
            <w:pPr>
              <w:spacing w:after="0"/>
            </w:pPr>
            <w:sdt>
              <w:sdtPr>
                <w:alias w:val="TELEFONO_EMPRESA"/>
                <w:tag w:val="TELEFONO_EMPRESA"/>
                <w:id w:val="1933395211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</w:t>
                </w:r>
              </w:sdtContent>
            </w:sdt>
          </w:p>
        </w:tc>
      </w:tr>
      <w:tr w:rsidR="00927AA1" w14:paraId="4D1D9DAE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BA01F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Correo institucional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EAADE3" w14:textId="18589A22" w:rsidR="00927AA1" w:rsidRDefault="00D62117">
            <w:pPr>
              <w:spacing w:after="0"/>
            </w:pPr>
            <w:sdt>
              <w:sdtPr>
                <w:alias w:val="EMAIL_EMPRESA"/>
                <w:tag w:val="EMAIL_EMPRESA"/>
                <w:id w:val="240846502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</w:t>
                </w:r>
              </w:sdtContent>
            </w:sdt>
          </w:p>
        </w:tc>
      </w:tr>
    </w:tbl>
    <w:p w14:paraId="0436E93E" w14:textId="77777777" w:rsidR="00927AA1" w:rsidRDefault="00927AA1">
      <w:pPr>
        <w:spacing w:after="0"/>
      </w:pPr>
    </w:p>
    <w:p w14:paraId="499E9882" w14:textId="77777777" w:rsidR="00927AA1" w:rsidRDefault="00D62117">
      <w:pPr>
        <w:pStyle w:val="Heading2"/>
      </w:pPr>
      <w:r>
        <w:lastRenderedPageBreak/>
        <w:t>Persona de contacto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40E28E37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4D9AC7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Nombre y apellido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379F2F" w14:textId="0BC163B1" w:rsidR="00927AA1" w:rsidRDefault="00D62117">
            <w:pPr>
              <w:spacing w:after="0"/>
            </w:pPr>
            <w:sdt>
              <w:sdtPr>
                <w:alias w:val="CONTACTO"/>
                <w:tag w:val="CONTACTO"/>
                <w:id w:val="1337422986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</w:t>
                </w:r>
              </w:sdtContent>
            </w:sdt>
          </w:p>
        </w:tc>
      </w:tr>
      <w:tr w:rsidR="00927AA1" w14:paraId="2067DDA0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769A0A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Cargo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00451B" w14:textId="43EB28EA" w:rsidR="00927AA1" w:rsidRDefault="009460F9">
            <w:pPr>
              <w:spacing w:after="0"/>
            </w:pPr>
            <w:sdt>
              <w:sdtPr>
                <w:alias w:val="CARGO"/>
                <w:tag w:val="CARGO"/>
                <w:id w:val="670067244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7628191E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ADFB2C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Documento / pasaporte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899BBA" w14:textId="27957DD4" w:rsidR="00927AA1" w:rsidRDefault="009460F9">
            <w:pPr>
              <w:spacing w:after="0"/>
            </w:pPr>
            <w:sdt>
              <w:sdtPr>
                <w:alias w:val="DOCUMENTO"/>
                <w:tag w:val="DOCUMENTO"/>
                <w:id w:val="1821850788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021BFE99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587920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Teléfono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2BA9C1" w14:textId="77460DBB" w:rsidR="00927AA1" w:rsidRDefault="009460F9">
            <w:pPr>
              <w:spacing w:after="0"/>
            </w:pPr>
            <w:sdt>
              <w:sdtPr>
                <w:alias w:val="TELEFONO"/>
                <w:tag w:val="TELEFONO"/>
                <w:id w:val="-1293054719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18EB515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02F0E1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Correo corporativo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DF8B2F" w14:textId="554F2009" w:rsidR="00927AA1" w:rsidRDefault="009460F9">
            <w:pPr>
              <w:spacing w:after="0"/>
            </w:pPr>
            <w:sdt>
              <w:sdtPr>
                <w:alias w:val="EMAIL_CONTACTO"/>
                <w:tag w:val="EMAIL_CONTACTO"/>
                <w:id w:val="-910240321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16249019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9B9DC8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Perfil profesional verificable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00BB76" w14:textId="5739635B" w:rsidR="00927AA1" w:rsidRDefault="009460F9">
            <w:pPr>
              <w:spacing w:after="0"/>
            </w:pPr>
            <w:sdt>
              <w:sdtPr>
                <w:alias w:val="LINKEDIN_U_OTRO"/>
                <w:tag w:val="LINKEDIN_U_OTRO"/>
                <w:id w:val="2019578454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</w:tbl>
    <w:p w14:paraId="13B8D272" w14:textId="77777777" w:rsidR="00927AA1" w:rsidRDefault="00927AA1">
      <w:pPr>
        <w:spacing w:after="0"/>
      </w:pPr>
    </w:p>
    <w:p w14:paraId="346E1E34" w14:textId="77777777" w:rsidR="00927AA1" w:rsidRDefault="00D62117">
      <w:pPr>
        <w:pStyle w:val="Heading2"/>
      </w:pPr>
      <w:r>
        <w:t>Documentación societaria obligatoria</w:t>
      </w:r>
    </w:p>
    <w:p w14:paraId="7F8992F8" w14:textId="77777777" w:rsidR="00927AA1" w:rsidRDefault="00D62117">
      <w:r>
        <w:t>☐</w:t>
      </w:r>
      <w:r>
        <w:t xml:space="preserve"> Estatuto/contrato   ☐ Constancia fiscal   ☐ Registro vigente   ☐ Domicilio</w:t>
      </w:r>
    </w:p>
    <w:p w14:paraId="5BD82B61" w14:textId="77777777" w:rsidR="00927AA1" w:rsidRDefault="00D62117">
      <w:r>
        <w:t>☐</w:t>
      </w:r>
      <w:r>
        <w:t xml:space="preserve"> Autoridades   ☐ Poder/mandato   ☐ ID firmante   ☐ Organigrama societario</w:t>
      </w:r>
    </w:p>
    <w:p w14:paraId="0F0508AD" w14:textId="77777777" w:rsidR="00927AA1" w:rsidRPr="009460F9" w:rsidRDefault="00D62117">
      <w:pPr>
        <w:pStyle w:val="Heading1"/>
        <w:rPr>
          <w:lang w:val="es-AR"/>
        </w:rPr>
      </w:pPr>
      <w:r w:rsidRPr="009460F9">
        <w:rPr>
          <w:lang w:val="es-AR"/>
        </w:rPr>
        <w:t>2. Beneficiario final y estructura de control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539D77D5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2A7F8E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Beneficiario/s final/es (nombre, nacionalidad y %)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6C58F5" w14:textId="475CBE66" w:rsidR="00927AA1" w:rsidRDefault="009460F9">
            <w:pPr>
              <w:spacing w:after="0"/>
            </w:pPr>
            <w:sdt>
              <w:sdtPr>
                <w:alias w:val="BENEFICIARIOS_FINALES"/>
                <w:tag w:val="BENEFICIARIOS_FINALES"/>
                <w:id w:val="74254542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088689CB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0B157F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Sociedad controlante / grupo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449149" w14:textId="64A4696A" w:rsidR="00927AA1" w:rsidRDefault="009460F9">
            <w:pPr>
              <w:spacing w:after="0"/>
            </w:pPr>
            <w:sdt>
              <w:sdtPr>
                <w:alias w:val="CONTROLANTE"/>
                <w:tag w:val="CONTROLANTE"/>
                <w:id w:val="20527644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:rsidRPr="009460F9" w14:paraId="6A368246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60F648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Personas políticamente expuestas (PEP)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D4F137" w14:textId="76B4A9DA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color w:val="5E6875"/>
                <w:sz w:val="18"/>
                <w:lang w:val="es-AR"/>
              </w:rPr>
              <w:t>☐</w:t>
            </w:r>
            <w:r w:rsidRPr="009460F9">
              <w:rPr>
                <w:color w:val="5E6875"/>
                <w:sz w:val="18"/>
                <w:lang w:val="es-AR"/>
              </w:rPr>
              <w:t xml:space="preserve"> No   ☐ Sí — identificar y explicar</w:t>
            </w:r>
            <w:r w:rsidR="009460F9" w:rsidRPr="009460F9">
              <w:rPr>
                <w:lang w:val="es-AR"/>
              </w:rPr>
              <w:t xml:space="preserve"> </w:t>
            </w:r>
            <w:sdt>
              <w:sdtPr>
                <w:rPr>
                  <w:lang w:val="es-AR"/>
                </w:rPr>
                <w:alias w:val="CONTACTO"/>
                <w:tag w:val="CONTACTO"/>
                <w:id w:val="261501482"/>
                <w:text/>
              </w:sdtPr>
              <w:sdtContent>
                <w:r w:rsidR="009460F9" w:rsidRPr="009460F9">
                  <w:rPr>
                    <w:color w:val="5E6875"/>
                    <w:sz w:val="18"/>
                    <w:lang w:val="es-AR"/>
                  </w:rPr>
                  <w:t>_________________________________________________</w:t>
                </w:r>
              </w:sdtContent>
            </w:sdt>
          </w:p>
        </w:tc>
      </w:tr>
      <w:tr w:rsidR="00927AA1" w14:paraId="5AAC163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30B994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Sanciones, investigaciones o litigios materiales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4C502A" w14:textId="426216BC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No   ☐ </w:t>
            </w:r>
            <w:proofErr w:type="spellStart"/>
            <w:r>
              <w:rPr>
                <w:color w:val="5E6875"/>
                <w:sz w:val="18"/>
              </w:rPr>
              <w:t>Sí</w:t>
            </w:r>
            <w:proofErr w:type="spellEnd"/>
            <w:r>
              <w:rPr>
                <w:color w:val="5E6875"/>
                <w:sz w:val="18"/>
              </w:rPr>
              <w:t xml:space="preserve"> — </w:t>
            </w:r>
            <w:proofErr w:type="spellStart"/>
            <w:r>
              <w:rPr>
                <w:color w:val="5E6875"/>
                <w:sz w:val="18"/>
              </w:rPr>
              <w:t>detallar</w:t>
            </w:r>
            <w:proofErr w:type="spellEnd"/>
            <w:r w:rsidR="009460F9">
              <w:t xml:space="preserve"> </w:t>
            </w:r>
            <w:sdt>
              <w:sdtPr>
                <w:alias w:val="CONTACTO"/>
                <w:tag w:val="CONTACTO"/>
                <w:id w:val="3253460"/>
                <w:text/>
              </w:sdtPr>
              <w:sdtContent>
                <w:r w:rsidR="009460F9">
                  <w:t>:</w:t>
                </w:r>
                <w:r w:rsidR="009460F9">
                  <w:rPr>
                    <w:color w:val="5E6875"/>
                    <w:sz w:val="18"/>
                  </w:rPr>
                  <w:t>_________________________________________________</w:t>
                </w:r>
              </w:sdtContent>
            </w:sdt>
          </w:p>
        </w:tc>
      </w:tr>
    </w:tbl>
    <w:p w14:paraId="16DD870A" w14:textId="77777777" w:rsidR="00927AA1" w:rsidRDefault="00927AA1">
      <w:pPr>
        <w:spacing w:after="0"/>
      </w:pPr>
    </w:p>
    <w:p w14:paraId="4B92478D" w14:textId="77777777" w:rsidR="00927AA1" w:rsidRDefault="00D62117">
      <w:pPr>
        <w:pStyle w:val="Heading1"/>
      </w:pPr>
      <w:r>
        <w:t>3. Rol real en la operación</w:t>
      </w:r>
    </w:p>
    <w:p w14:paraId="45CFB98C" w14:textId="77777777" w:rsidR="00927AA1" w:rsidRPr="009460F9" w:rsidRDefault="00D62117">
      <w:pPr>
        <w:rPr>
          <w:lang w:val="es-AR"/>
        </w:rPr>
      </w:pPr>
      <w:r w:rsidRPr="009460F9">
        <w:rPr>
          <w:lang w:val="es-AR"/>
        </w:rPr>
        <w:t>☐</w:t>
      </w:r>
      <w:r w:rsidRPr="009460F9">
        <w:rPr>
          <w:lang w:val="es-AR"/>
        </w:rPr>
        <w:t xml:space="preserve"> Comprador final   ☐ Inversor directo   ☐ Mandatario del comprador   ☐ Intermediario/</w:t>
      </w:r>
      <w:proofErr w:type="spellStart"/>
      <w:r w:rsidRPr="009460F9">
        <w:rPr>
          <w:lang w:val="es-AR"/>
        </w:rPr>
        <w:t>broker</w:t>
      </w:r>
      <w:proofErr w:type="spellEnd"/>
      <w:r w:rsidRPr="009460F9">
        <w:rPr>
          <w:lang w:val="es-AR"/>
        </w:rPr>
        <w:t xml:space="preserve">   ☐ Asesor   ☐ Otro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5E60480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0E1B15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Si no es comprador final: identificar al principal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31CBB2" w14:textId="7A27FA6F" w:rsidR="00927AA1" w:rsidRDefault="009460F9">
            <w:pPr>
              <w:spacing w:after="0"/>
            </w:pPr>
            <w:sdt>
              <w:sdtPr>
                <w:alias w:val="PRINCIPAL"/>
                <w:tag w:val="PRINCIPAL"/>
                <w:id w:val="147336201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29D10604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B8F324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Relación con el principal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546C72" w14:textId="2D4CED7C" w:rsidR="00927AA1" w:rsidRDefault="009460F9">
            <w:pPr>
              <w:spacing w:after="0"/>
            </w:pPr>
            <w:sdt>
              <w:sdtPr>
                <w:alias w:val="RELACION"/>
                <w:tag w:val="RELACION"/>
                <w:id w:val="-1611038105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5C792718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E08E8F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Mandato escrito vigente adjunto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C9EC41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No aplica</w:t>
            </w:r>
          </w:p>
        </w:tc>
      </w:tr>
      <w:tr w:rsidR="00927AA1" w14:paraId="05E104D5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DDA760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Facultad para negociar y recibir información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6AD7AF" w14:textId="5F46BA9E" w:rsidR="00927AA1" w:rsidRDefault="009460F9">
            <w:pPr>
              <w:spacing w:after="0"/>
            </w:pPr>
            <w:sdt>
              <w:sdtPr>
                <w:alias w:val="ALCANCE_MANDATO"/>
                <w:tag w:val="ALCANCE_MANDATO"/>
                <w:id w:val="130990264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72C21322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8311F5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Cadena completa de intermediarios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54AEC8" w14:textId="21FC0B11" w:rsidR="00927AA1" w:rsidRDefault="009460F9">
            <w:pPr>
              <w:spacing w:after="0"/>
            </w:pPr>
            <w:sdt>
              <w:sdtPr>
                <w:alias w:val="INTERMEDIARIOS"/>
                <w:tag w:val="INTERMEDIARIOS"/>
                <w:id w:val="-1153672960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739C1ADF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64EF72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Comisión o remuneración pretendida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42B810" w14:textId="3ADC6427" w:rsidR="00927AA1" w:rsidRDefault="009460F9">
            <w:pPr>
              <w:spacing w:after="0"/>
            </w:pPr>
            <w:sdt>
              <w:sdtPr>
                <w:alias w:val="COMISION"/>
                <w:tag w:val="COMISION"/>
                <w:id w:val="-1589304126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  <w:tr w:rsidR="00927AA1" w14:paraId="6B2D827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BFCDC7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Quién abonaría la comisión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46335E" w14:textId="4D9BE085" w:rsidR="00927AA1" w:rsidRDefault="009460F9">
            <w:pPr>
              <w:spacing w:after="0"/>
            </w:pPr>
            <w:sdt>
              <w:sdtPr>
                <w:alias w:val="PAGADOR_COMISION"/>
                <w:tag w:val="PAGADOR_COMISION"/>
                <w:id w:val="2039700374"/>
                <w:text/>
              </w:sdtPr>
              <w:sdtContent>
                <w:r>
                  <w:t>_________________________________________________</w:t>
                </w:r>
              </w:sdtContent>
            </w:sdt>
          </w:p>
        </w:tc>
      </w:tr>
    </w:tbl>
    <w:p w14:paraId="4BF265CB" w14:textId="77777777" w:rsidR="00927AA1" w:rsidRDefault="00927AA1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27AA1" w:rsidRPr="009460F9" w14:paraId="65D95F98" w14:textId="77777777">
        <w:tc>
          <w:tcPr>
            <w:tcW w:w="9360" w:type="dxa"/>
            <w:shd w:val="clear" w:color="auto" w:fill="F3F5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D380BDE" w14:textId="77777777" w:rsidR="00927AA1" w:rsidRPr="009460F9" w:rsidRDefault="00D62117">
            <w:pPr>
              <w:spacing w:after="60"/>
              <w:rPr>
                <w:lang w:val="es-AR"/>
              </w:rPr>
            </w:pPr>
            <w:r w:rsidRPr="009460F9">
              <w:rPr>
                <w:b/>
                <w:color w:val="16283F"/>
                <w:lang w:val="es-AR"/>
              </w:rPr>
              <w:t>REGLA DE TRANSPARENCIA</w:t>
            </w:r>
          </w:p>
          <w:p w14:paraId="5A2C056F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sz w:val="18"/>
                <w:lang w:val="es-AR"/>
              </w:rPr>
              <w:t xml:space="preserve">No se admitirán mandatos genéricos, compradores finales anónimos ni cadenas de intermediación no reveladas </w:t>
            </w:r>
            <w:r w:rsidRPr="009460F9">
              <w:rPr>
                <w:sz w:val="18"/>
                <w:lang w:val="es-AR"/>
              </w:rPr>
              <w:lastRenderedPageBreak/>
              <w:t>para acceder a precio, proveedor, concesión, proyecto o documentación reservada. La identidad del principal podrá tratarse bajo acuerdo de confidencialidad, pero deberá ser verificable antes de avanzar.</w:t>
            </w:r>
          </w:p>
        </w:tc>
      </w:tr>
    </w:tbl>
    <w:p w14:paraId="5F35361D" w14:textId="77777777" w:rsidR="00927AA1" w:rsidRPr="009460F9" w:rsidRDefault="00D62117">
      <w:pPr>
        <w:pStyle w:val="Heading1"/>
        <w:rPr>
          <w:lang w:val="es-AR"/>
        </w:rPr>
      </w:pPr>
      <w:r w:rsidRPr="009460F9">
        <w:rPr>
          <w:lang w:val="es-AR"/>
        </w:rPr>
        <w:lastRenderedPageBreak/>
        <w:t>4. Objeto exacto del interés</w:t>
      </w:r>
    </w:p>
    <w:p w14:paraId="1769E5F5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 xml:space="preserve">Tipo de operación: </w:t>
      </w:r>
      <w:r w:rsidRPr="009460F9">
        <w:rPr>
          <w:lang w:val="es-AR"/>
        </w:rPr>
        <w:t>☐</w:t>
      </w:r>
      <w:r w:rsidRPr="009460F9">
        <w:rPr>
          <w:lang w:val="es-AR"/>
        </w:rPr>
        <w:t xml:space="preserve"> Compra spot   ☐ Suministro   ☐ </w:t>
      </w:r>
      <w:proofErr w:type="spellStart"/>
      <w:r w:rsidRPr="009460F9">
        <w:rPr>
          <w:lang w:val="es-AR"/>
        </w:rPr>
        <w:t>Offtake</w:t>
      </w:r>
      <w:proofErr w:type="spellEnd"/>
      <w:r w:rsidRPr="009460F9">
        <w:rPr>
          <w:lang w:val="es-AR"/>
        </w:rPr>
        <w:t xml:space="preserve">   ☐ </w:t>
      </w:r>
      <w:proofErr w:type="spellStart"/>
      <w:r w:rsidRPr="009460F9">
        <w:rPr>
          <w:lang w:val="es-AR"/>
        </w:rPr>
        <w:t>Equity</w:t>
      </w:r>
      <w:proofErr w:type="spellEnd"/>
      <w:r w:rsidRPr="009460F9">
        <w:rPr>
          <w:lang w:val="es-AR"/>
        </w:rPr>
        <w:t xml:space="preserve">   ☐ Financiamiento   ☐ Joint venture   ☐ Adquisición   ☐ Otro</w:t>
      </w:r>
    </w:p>
    <w:p w14:paraId="54A79F4D" w14:textId="77777777" w:rsidR="00927AA1" w:rsidRDefault="00D62117">
      <w:r>
        <w:rPr>
          <w:b/>
        </w:rPr>
        <w:t xml:space="preserve">Mineral: </w:t>
      </w:r>
      <w:r>
        <w:t>☐</w:t>
      </w:r>
      <w:r>
        <w:t xml:space="preserve"> </w:t>
      </w:r>
      <w:proofErr w:type="spellStart"/>
      <w:r>
        <w:t>Litio</w:t>
      </w:r>
      <w:proofErr w:type="spellEnd"/>
      <w:r>
        <w:t xml:space="preserve">   ☐ Oro   ☐ Cobre   ☐ Otro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:rsidRPr="009460F9" w14:paraId="01805759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9728C3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Producto / forma comercial exacta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0387DF" w14:textId="00ED1790" w:rsidR="00927AA1" w:rsidRPr="009460F9" w:rsidRDefault="00D62117">
            <w:pPr>
              <w:spacing w:after="0"/>
              <w:rPr>
                <w:lang w:val="pt-PT"/>
              </w:rPr>
            </w:pPr>
            <w:proofErr w:type="spellStart"/>
            <w:r w:rsidRPr="009460F9">
              <w:rPr>
                <w:color w:val="5E6875"/>
                <w:sz w:val="18"/>
                <w:lang w:val="pt-PT"/>
              </w:rPr>
              <w:t>Ej</w:t>
            </w:r>
            <w:proofErr w:type="spellEnd"/>
            <w:r w:rsidRPr="009460F9">
              <w:rPr>
                <w:color w:val="5E6875"/>
                <w:sz w:val="18"/>
                <w:lang w:val="pt-PT"/>
              </w:rPr>
              <w:t xml:space="preserve">.: carbonato o hidróxido de </w:t>
            </w:r>
            <w:proofErr w:type="spellStart"/>
            <w:r w:rsidRPr="009460F9">
              <w:rPr>
                <w:color w:val="5E6875"/>
                <w:sz w:val="18"/>
                <w:lang w:val="pt-PT"/>
              </w:rPr>
              <w:t>litio</w:t>
            </w:r>
            <w:proofErr w:type="spellEnd"/>
            <w:r w:rsidRPr="009460F9">
              <w:rPr>
                <w:color w:val="5E6875"/>
                <w:sz w:val="18"/>
                <w:lang w:val="pt-PT"/>
              </w:rPr>
              <w:t xml:space="preserve">; </w:t>
            </w:r>
            <w:proofErr w:type="spellStart"/>
            <w:r w:rsidRPr="009460F9">
              <w:rPr>
                <w:color w:val="5E6875"/>
                <w:sz w:val="18"/>
                <w:lang w:val="pt-PT"/>
              </w:rPr>
              <w:t>doré</w:t>
            </w:r>
            <w:proofErr w:type="spellEnd"/>
            <w:r w:rsidRPr="009460F9">
              <w:rPr>
                <w:color w:val="5E6875"/>
                <w:sz w:val="18"/>
                <w:lang w:val="pt-PT"/>
              </w:rPr>
              <w:t xml:space="preserve">; concentrado/cátodos de cobre: </w:t>
            </w:r>
            <w:sdt>
              <w:sdtPr>
                <w:rPr>
                  <w:lang w:val="pt-PT"/>
                </w:rPr>
                <w:alias w:val="PRODUCTO"/>
                <w:tag w:val="PRODUCTO"/>
                <w:id w:val="-717511036"/>
                <w:text/>
              </w:sdtPr>
              <w:sdtEndPr/>
              <w:sdtContent>
                <w:r w:rsidR="009460F9" w:rsidRPr="009460F9">
                  <w:rPr>
                    <w:color w:val="5E6875"/>
                    <w:sz w:val="18"/>
                    <w:lang w:val="pt-PT"/>
                  </w:rPr>
                  <w:t>_</w:t>
                </w:r>
                <w:r w:rsidR="009460F9">
                  <w:rPr>
                    <w:color w:val="5E6875"/>
                    <w:sz w:val="18"/>
                    <w:lang w:val="pt-PT"/>
                  </w:rPr>
                  <w:t>___________________________________________________________</w:t>
                </w:r>
              </w:sdtContent>
            </w:sdt>
          </w:p>
        </w:tc>
      </w:tr>
      <w:tr w:rsidR="00927AA1" w14:paraId="5CD4E486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A3A303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Pureza, ley, grado y especificación técnica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B16DFA" w14:textId="3AADA8EE" w:rsidR="00927AA1" w:rsidRDefault="009460F9">
            <w:pPr>
              <w:spacing w:after="0"/>
            </w:pPr>
            <w:sdt>
              <w:sdtPr>
                <w:rPr>
                  <w:lang w:val="pt-PT"/>
                </w:rPr>
                <w:alias w:val="ESPECIFICACION"/>
                <w:tag w:val="ESPECIFICACION"/>
                <w:id w:val="2028291194"/>
                <w:text/>
              </w:sdtPr>
              <w:sdtContent>
                <w:sdt>
                  <w:sdtPr>
                    <w:rPr>
                      <w:lang w:val="pt-PT"/>
                    </w:rPr>
                    <w:alias w:val="PRODUCTO"/>
                    <w:tag w:val="PRODUCTO"/>
                    <w:id w:val="1273590744"/>
                    <w:text/>
                  </w:sdtPr>
                  <w:sdtContent>
                    <w:r w:rsidRPr="009460F9">
                      <w:rPr>
                        <w:lang w:val="pt-PT"/>
                      </w:rPr>
                      <w:t>____________________________________________________________</w:t>
                    </w:r>
                  </w:sdtContent>
                </w:sdt>
              </w:sdtContent>
            </w:sdt>
          </w:p>
        </w:tc>
      </w:tr>
      <w:tr w:rsidR="00927AA1" w14:paraId="5D3FEE1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4FE2EC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Norma, tolerancias e impurezas máximas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C17205" w14:textId="4023166B" w:rsidR="00927AA1" w:rsidRDefault="009460F9">
            <w:pPr>
              <w:spacing w:after="0"/>
            </w:pPr>
            <w:sdt>
              <w:sdtPr>
                <w:rPr>
                  <w:lang w:val="pt-PT"/>
                </w:rPr>
                <w:alias w:val="NORMA_TOLERANCIAS"/>
                <w:tag w:val="NORMA_TOLERANCIAS"/>
                <w:id w:val="1555435879"/>
                <w:text/>
              </w:sdtPr>
              <w:sdtContent>
                <w:r w:rsidRPr="009460F9">
                  <w:rPr>
                    <w:lang w:val="pt-PT"/>
                  </w:rPr>
                  <w:t>____________________________________________________________</w:t>
                </w:r>
              </w:sdtContent>
            </w:sdt>
          </w:p>
        </w:tc>
      </w:tr>
      <w:tr w:rsidR="00927AA1" w14:paraId="58E6538F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9D3AF2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Cantidad inicial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EB5345" w14:textId="1699AE34" w:rsidR="00927AA1" w:rsidRDefault="009460F9">
            <w:pPr>
              <w:spacing w:after="0"/>
            </w:pPr>
            <w:sdt>
              <w:sdtPr>
                <w:rPr>
                  <w:lang w:val="pt-PT"/>
                </w:rPr>
                <w:alias w:val="CANTIDAD_INICIAL"/>
                <w:tag w:val="CANTIDAD_INICIAL"/>
                <w:id w:val="-442849019"/>
                <w:text/>
              </w:sdtPr>
              <w:sdtContent>
                <w:r w:rsidRPr="009460F9">
                  <w:rPr>
                    <w:lang w:val="pt-PT"/>
                  </w:rPr>
                  <w:t>____________________________________________________________</w:t>
                </w:r>
              </w:sdtContent>
            </w:sdt>
          </w:p>
        </w:tc>
      </w:tr>
      <w:tr w:rsidR="00927AA1" w14:paraId="1C480760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207875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Cantidad mensual/anual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B9DC5F" w14:textId="56351D2D" w:rsidR="00927AA1" w:rsidRDefault="009460F9">
            <w:pPr>
              <w:spacing w:after="0"/>
            </w:pPr>
            <w:sdt>
              <w:sdtPr>
                <w:rPr>
                  <w:lang w:val="pt-PT"/>
                </w:rPr>
                <w:alias w:val="VOLUMEN_PERIODICO"/>
                <w:tag w:val="VOLUMEN_PERIODICO"/>
                <w:id w:val="2117557396"/>
                <w:text/>
              </w:sdtPr>
              <w:sdtContent>
                <w:sdt>
                  <w:sdtPr>
                    <w:rPr>
                      <w:lang w:val="pt-PT"/>
                    </w:rPr>
                    <w:alias w:val="PRODUCTO"/>
                    <w:tag w:val="PRODUCTO"/>
                    <w:id w:val="-729530568"/>
                    <w:text/>
                  </w:sdtPr>
                  <w:sdtContent>
                    <w:r w:rsidRPr="009460F9">
                      <w:rPr>
                        <w:lang w:val="pt-PT"/>
                      </w:rPr>
                      <w:t>____________________________________________________________</w:t>
                    </w:r>
                  </w:sdtContent>
                </w:sdt>
              </w:sdtContent>
            </w:sdt>
          </w:p>
        </w:tc>
      </w:tr>
      <w:tr w:rsidR="00927AA1" w14:paraId="2A9294F2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4F9FB5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Duración pretendida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AE8E37" w14:textId="5708DFD3" w:rsidR="00927AA1" w:rsidRDefault="009460F9">
            <w:pPr>
              <w:spacing w:after="0"/>
            </w:pPr>
            <w:sdt>
              <w:sdtPr>
                <w:rPr>
                  <w:lang w:val="pt-PT"/>
                </w:rPr>
                <w:alias w:val="PLAZO"/>
                <w:tag w:val="PLAZO"/>
                <w:id w:val="-112588583"/>
                <w:text/>
              </w:sdtPr>
              <w:sdtContent>
                <w:r w:rsidRPr="009460F9">
                  <w:rPr>
                    <w:lang w:val="pt-PT"/>
                  </w:rPr>
                  <w:t>____________________________________________________________</w:t>
                </w:r>
              </w:sdtContent>
            </w:sdt>
          </w:p>
        </w:tc>
      </w:tr>
      <w:tr w:rsidR="00927AA1" w14:paraId="17F4AD6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68CDE5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 xml:space="preserve">Presupuesto o </w:t>
            </w:r>
            <w:proofErr w:type="gramStart"/>
            <w:r w:rsidRPr="009460F9">
              <w:rPr>
                <w:b/>
                <w:color w:val="16283F"/>
                <w:sz w:val="17"/>
                <w:lang w:val="es-AR"/>
              </w:rPr>
              <w:t>ticket</w:t>
            </w:r>
            <w:proofErr w:type="gramEnd"/>
            <w:r w:rsidRPr="009460F9">
              <w:rPr>
                <w:b/>
                <w:color w:val="16283F"/>
                <w:sz w:val="17"/>
                <w:lang w:val="es-AR"/>
              </w:rPr>
              <w:t xml:space="preserve"> de inversión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AFBD0E" w14:textId="7D26DA1E" w:rsidR="00927AA1" w:rsidRDefault="00D62117">
            <w:pPr>
              <w:spacing w:after="0"/>
            </w:pPr>
            <w:sdt>
              <w:sdtPr>
                <w:alias w:val="PRESUPUESTO"/>
                <w:tag w:val="PRESUPUESTO"/>
                <w:id w:val="-1186127181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__________________________________________________________________</w:t>
                </w:r>
              </w:sdtContent>
            </w:sdt>
          </w:p>
        </w:tc>
      </w:tr>
      <w:tr w:rsidR="00927AA1" w14:paraId="08916E7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AC66A4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Uso final del mineral / tesis de inversión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EA537C" w14:textId="08E2214C" w:rsidR="00927AA1" w:rsidRDefault="00D62117">
            <w:pPr>
              <w:spacing w:after="0"/>
            </w:pPr>
            <w:sdt>
              <w:sdtPr>
                <w:alias w:val="USO_TESIS"/>
                <w:tag w:val="USO_TESIS"/>
                <w:id w:val="-1908609833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____________________________________________________________________</w:t>
                </w:r>
              </w:sdtContent>
            </w:sdt>
          </w:p>
        </w:tc>
      </w:tr>
    </w:tbl>
    <w:p w14:paraId="4E47FB29" w14:textId="77777777" w:rsidR="00927AA1" w:rsidRDefault="00927AA1">
      <w:pPr>
        <w:spacing w:after="0"/>
      </w:pPr>
    </w:p>
    <w:p w14:paraId="3A7B409E" w14:textId="77777777" w:rsidR="00927AA1" w:rsidRDefault="00D62117">
      <w:pPr>
        <w:pStyle w:val="Heading1"/>
      </w:pPr>
      <w:r>
        <w:t>5. Condiciones comerciales y logísticas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7762F35E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6AB661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País y puerto/lugar de destino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E37DEF" w14:textId="0A07D7E7" w:rsidR="00927AA1" w:rsidRDefault="00D62117">
            <w:pPr>
              <w:spacing w:after="0"/>
            </w:pPr>
            <w:sdt>
              <w:sdtPr>
                <w:alias w:val="DESTINO"/>
                <w:tag w:val="DESTINO"/>
                <w:id w:val="1863474232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321F4666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1F4A2C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Incoterm preferido y versión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6D388E" w14:textId="265D8D80" w:rsidR="00927AA1" w:rsidRDefault="00D62117">
            <w:pPr>
              <w:spacing w:after="0"/>
            </w:pPr>
            <w:sdt>
              <w:sdtPr>
                <w:alias w:val="INCOTERM"/>
                <w:tag w:val="INCOTERM"/>
                <w:id w:val="873424855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</w:t>
                </w:r>
              </w:sdtContent>
            </w:sdt>
          </w:p>
        </w:tc>
      </w:tr>
      <w:tr w:rsidR="00927AA1" w14:paraId="527D68A5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DC9456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Calendario de entrega/cierre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33ACEA" w14:textId="0B4E0557" w:rsidR="00927AA1" w:rsidRDefault="00D62117">
            <w:pPr>
              <w:spacing w:after="0"/>
            </w:pPr>
            <w:sdt>
              <w:sdtPr>
                <w:alias w:val="CRONOGRAMA"/>
                <w:tag w:val="CRONOGRAMA"/>
                <w:id w:val="24083698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2AFC4AB5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246167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Empaque, transporte y seguro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B96FA0" w14:textId="107CFB97" w:rsidR="00927AA1" w:rsidRDefault="00D62117">
            <w:pPr>
              <w:spacing w:after="0"/>
            </w:pPr>
            <w:sdt>
              <w:sdtPr>
                <w:alias w:val="LOGISTICA"/>
                <w:tag w:val="LOGISTICA"/>
                <w:id w:val="-274100858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02516726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CAC5B7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Inspección / laboratorio propuesto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0FCDA8" w14:textId="012BE0A7" w:rsidR="00927AA1" w:rsidRDefault="00D62117">
            <w:pPr>
              <w:spacing w:after="0"/>
            </w:pPr>
            <w:sdt>
              <w:sdtPr>
                <w:alias w:val="INSPECCION"/>
                <w:tag w:val="INSPECCION"/>
                <w:id w:val="-1362510358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2618A70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EECA5D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Origen aceptable / excluido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D6160B" w14:textId="1D1E0BA6" w:rsidR="00927AA1" w:rsidRDefault="00D62117">
            <w:pPr>
              <w:spacing w:after="0"/>
            </w:pPr>
            <w:sdt>
              <w:sdtPr>
                <w:alias w:val="ORIGEN"/>
                <w:tag w:val="ORIGEN"/>
                <w:id w:val="67169271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00CFA876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CCE95A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Precio objetivo o fórmula de referencia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20D672" w14:textId="0016B49E" w:rsidR="00927AA1" w:rsidRDefault="00D62117">
            <w:pPr>
              <w:spacing w:after="0"/>
            </w:pPr>
            <w:sdt>
              <w:sdtPr>
                <w:alias w:val="FORMULA_PRECIO"/>
                <w:tag w:val="FORMULA_PRECIO"/>
                <w:id w:val="-1734991554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1F15645C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7E7090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Moneda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B118E8" w14:textId="4854D417" w:rsidR="00927AA1" w:rsidRDefault="00D62117">
            <w:pPr>
              <w:spacing w:after="0"/>
            </w:pPr>
            <w:sdt>
              <w:sdtPr>
                <w:alias w:val="MONEDA"/>
                <w:tag w:val="MONEDA"/>
                <w:id w:val="-150897920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</w:t>
                </w:r>
              </w:sdtContent>
            </w:sdt>
          </w:p>
        </w:tc>
      </w:tr>
      <w:tr w:rsidR="00927AA1" w14:paraId="7F10A8B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B7DC5D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Forma de pago propuesta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8DA571" w14:textId="2A8AA4A6" w:rsidR="00927AA1" w:rsidRDefault="00D62117">
            <w:pPr>
              <w:spacing w:after="0"/>
            </w:pPr>
            <w:sdt>
              <w:sdtPr>
                <w:alias w:val="PAGO"/>
                <w:tag w:val="PAGO"/>
                <w:id w:val="1154255634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56661E7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25EF1E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Banco emisor / confirmador previsto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531C00" w14:textId="6BB59A52" w:rsidR="00927AA1" w:rsidRDefault="00D62117">
            <w:pPr>
              <w:spacing w:after="0"/>
            </w:pPr>
            <w:sdt>
              <w:sdtPr>
                <w:alias w:val="BANCO"/>
                <w:tag w:val="BANCO"/>
                <w:id w:val="-161589572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</w:t>
                </w:r>
              </w:sdtContent>
            </w:sdt>
          </w:p>
        </w:tc>
      </w:tr>
      <w:tr w:rsidR="00927AA1" w14:paraId="5C036382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AC903B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 xml:space="preserve">Garantías, LC, </w:t>
            </w:r>
            <w:proofErr w:type="spellStart"/>
            <w:r w:rsidRPr="009460F9">
              <w:rPr>
                <w:b/>
                <w:color w:val="16283F"/>
                <w:sz w:val="17"/>
                <w:lang w:val="es-AR"/>
              </w:rPr>
              <w:t>escrow</w:t>
            </w:r>
            <w:proofErr w:type="spellEnd"/>
            <w:r w:rsidRPr="009460F9">
              <w:rPr>
                <w:b/>
                <w:color w:val="16283F"/>
                <w:sz w:val="17"/>
                <w:lang w:val="es-AR"/>
              </w:rPr>
              <w:t xml:space="preserve"> u otro instrumento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25F3B6" w14:textId="15FD5E7D" w:rsidR="00927AA1" w:rsidRDefault="00D62117">
            <w:pPr>
              <w:spacing w:after="0"/>
            </w:pPr>
            <w:sdt>
              <w:sdtPr>
                <w:alias w:val="INSTRUMENTO"/>
                <w:tag w:val="INSTRUMENTO"/>
                <w:id w:val="1790309085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</w:t>
                </w:r>
              </w:sdtContent>
            </w:sdt>
          </w:p>
        </w:tc>
      </w:tr>
    </w:tbl>
    <w:p w14:paraId="090D5CA1" w14:textId="77777777" w:rsidR="00927AA1" w:rsidRDefault="00927AA1">
      <w:pPr>
        <w:spacing w:after="0"/>
      </w:pPr>
    </w:p>
    <w:p w14:paraId="60A73D44" w14:textId="77777777" w:rsidR="00927AA1" w:rsidRDefault="00D62117">
      <w:pPr>
        <w:pStyle w:val="Heading2"/>
      </w:pPr>
      <w:r>
        <w:t>Explique taxativamente la operación pretendida</w:t>
      </w:r>
    </w:p>
    <w:p w14:paraId="0AE63D10" w14:textId="77777777" w:rsidR="00927AA1" w:rsidRPr="009460F9" w:rsidRDefault="00D62117">
      <w:pPr>
        <w:pStyle w:val="FieldLabel"/>
        <w:rPr>
          <w:lang w:val="es-AR"/>
        </w:rPr>
      </w:pPr>
      <w:r w:rsidRPr="009460F9">
        <w:rPr>
          <w:lang w:val="es-AR"/>
        </w:rPr>
        <w:t>Qué quiere comprar o en qué quiere invertir</w:t>
      </w:r>
    </w:p>
    <w:p w14:paraId="3DC13CBE" w14:textId="77777777" w:rsidR="00927AA1" w:rsidRPr="009460F9" w:rsidRDefault="00D62117">
      <w:pPr>
        <w:spacing w:after="140"/>
        <w:rPr>
          <w:lang w:val="es-AR"/>
        </w:rPr>
      </w:pPr>
      <w:sdt>
        <w:sdtPr>
          <w:rPr>
            <w:lang w:val="es-AR"/>
          </w:rPr>
          <w:alias w:val="RESPUESTA"/>
          <w:tag w:val="RESPUESTA"/>
          <w:id w:val="1941179241"/>
          <w:text/>
        </w:sdtPr>
        <w:sdtEndPr/>
        <w:sdtContent>
          <w:r w:rsidRPr="009460F9">
            <w:rPr>
              <w:lang w:val="es-AR"/>
            </w:rPr>
            <w:t>{{RESPUESTA}}</w:t>
          </w:r>
        </w:sdtContent>
      </w:sdt>
      <w:r w:rsidRPr="009460F9">
        <w:rPr>
          <w:lang w:val="es-AR"/>
        </w:rPr>
        <w:t>________________________________________________________________________________________________________________________________________________________________</w:t>
      </w:r>
    </w:p>
    <w:p w14:paraId="39442C20" w14:textId="77777777" w:rsidR="00927AA1" w:rsidRPr="009460F9" w:rsidRDefault="00D62117">
      <w:pPr>
        <w:pStyle w:val="FieldLabel"/>
        <w:rPr>
          <w:lang w:val="es-AR"/>
        </w:rPr>
      </w:pPr>
      <w:r w:rsidRPr="009460F9">
        <w:rPr>
          <w:lang w:val="es-AR"/>
        </w:rPr>
        <w:t>Cómo propone estructurar la operación</w:t>
      </w:r>
    </w:p>
    <w:p w14:paraId="075D9F12" w14:textId="77777777" w:rsidR="00927AA1" w:rsidRPr="009460F9" w:rsidRDefault="00D62117">
      <w:pPr>
        <w:spacing w:after="140"/>
        <w:rPr>
          <w:lang w:val="es-AR"/>
        </w:rPr>
      </w:pPr>
      <w:sdt>
        <w:sdtPr>
          <w:rPr>
            <w:lang w:val="es-AR"/>
          </w:rPr>
          <w:alias w:val="RESPUESTA"/>
          <w:tag w:val="RESPUESTA"/>
          <w:id w:val="186956545"/>
          <w:text/>
        </w:sdtPr>
        <w:sdtEndPr/>
        <w:sdtContent>
          <w:r w:rsidRPr="009460F9">
            <w:rPr>
              <w:lang w:val="es-AR"/>
            </w:rPr>
            <w:t>{{RESPUESTA}}</w:t>
          </w:r>
        </w:sdtContent>
      </w:sdt>
      <w:r w:rsidRPr="009460F9">
        <w:rPr>
          <w:lang w:val="es-AR"/>
        </w:rPr>
        <w:t>________________________________________________________________________________________________________________________________________________________________</w:t>
      </w:r>
    </w:p>
    <w:p w14:paraId="2DAC280B" w14:textId="77777777" w:rsidR="00927AA1" w:rsidRPr="009460F9" w:rsidRDefault="00D62117">
      <w:pPr>
        <w:pStyle w:val="FieldLabel"/>
        <w:rPr>
          <w:lang w:val="es-AR"/>
        </w:rPr>
      </w:pPr>
      <w:r w:rsidRPr="009460F9">
        <w:rPr>
          <w:lang w:val="es-AR"/>
        </w:rPr>
        <w:t>Quién toma la decisión final</w:t>
      </w:r>
    </w:p>
    <w:p w14:paraId="4088F1CE" w14:textId="77777777" w:rsidR="00927AA1" w:rsidRPr="009460F9" w:rsidRDefault="00D62117">
      <w:pPr>
        <w:spacing w:after="140"/>
        <w:rPr>
          <w:lang w:val="es-AR"/>
        </w:rPr>
      </w:pPr>
      <w:sdt>
        <w:sdtPr>
          <w:rPr>
            <w:lang w:val="es-AR"/>
          </w:rPr>
          <w:alias w:val="RESPUESTA"/>
          <w:tag w:val="RESPUESTA"/>
          <w:id w:val="1829790208"/>
          <w:text/>
        </w:sdtPr>
        <w:sdtEndPr/>
        <w:sdtContent>
          <w:r w:rsidRPr="009460F9">
            <w:rPr>
              <w:lang w:val="es-AR"/>
            </w:rPr>
            <w:t>{{RESPUESTA}}</w:t>
          </w:r>
        </w:sdtContent>
      </w:sdt>
      <w:r w:rsidRPr="009460F9">
        <w:rPr>
          <w:lang w:val="es-AR"/>
        </w:rPr>
        <w:t>________________________________________________________________________________________________________________________________________________________________</w:t>
      </w:r>
    </w:p>
    <w:p w14:paraId="60B1546F" w14:textId="77777777" w:rsidR="00927AA1" w:rsidRPr="009460F9" w:rsidRDefault="00D62117">
      <w:pPr>
        <w:pStyle w:val="FieldLabel"/>
        <w:rPr>
          <w:lang w:val="es-AR"/>
        </w:rPr>
      </w:pPr>
      <w:r w:rsidRPr="009460F9">
        <w:rPr>
          <w:lang w:val="es-AR"/>
        </w:rPr>
        <w:t>Qué condición debe cumplirse para emitir LOI/ICPO o compromiso</w:t>
      </w:r>
    </w:p>
    <w:p w14:paraId="0E01160C" w14:textId="77777777" w:rsidR="00927AA1" w:rsidRPr="009460F9" w:rsidRDefault="00D62117">
      <w:pPr>
        <w:spacing w:after="140"/>
        <w:rPr>
          <w:lang w:val="es-AR"/>
        </w:rPr>
      </w:pPr>
      <w:sdt>
        <w:sdtPr>
          <w:rPr>
            <w:lang w:val="es-AR"/>
          </w:rPr>
          <w:alias w:val="RESPUESTA"/>
          <w:tag w:val="RESPUESTA"/>
          <w:id w:val="-56100354"/>
          <w:text/>
        </w:sdtPr>
        <w:sdtEndPr/>
        <w:sdtContent>
          <w:r w:rsidRPr="009460F9">
            <w:rPr>
              <w:lang w:val="es-AR"/>
            </w:rPr>
            <w:t>{{RESPUESTA}}</w:t>
          </w:r>
        </w:sdtContent>
      </w:sdt>
      <w:r w:rsidRPr="009460F9">
        <w:rPr>
          <w:lang w:val="es-AR"/>
        </w:rPr>
        <w:t>________________________________________________________________________________________________________________________________________________________________</w:t>
      </w:r>
    </w:p>
    <w:p w14:paraId="5AB7772A" w14:textId="77777777" w:rsidR="00927AA1" w:rsidRPr="009460F9" w:rsidRDefault="00D62117">
      <w:pPr>
        <w:pStyle w:val="FieldLabel"/>
        <w:rPr>
          <w:lang w:val="es-AR"/>
        </w:rPr>
      </w:pPr>
      <w:r w:rsidRPr="009460F9">
        <w:rPr>
          <w:lang w:val="es-AR"/>
        </w:rPr>
        <w:t>Plazo real para ejecutar</w:t>
      </w:r>
    </w:p>
    <w:p w14:paraId="4B6377EC" w14:textId="77777777" w:rsidR="00927AA1" w:rsidRPr="009460F9" w:rsidRDefault="00D62117">
      <w:pPr>
        <w:spacing w:after="140"/>
        <w:rPr>
          <w:lang w:val="es-AR"/>
        </w:rPr>
      </w:pPr>
      <w:sdt>
        <w:sdtPr>
          <w:rPr>
            <w:lang w:val="es-AR"/>
          </w:rPr>
          <w:alias w:val="RESPUESTA"/>
          <w:tag w:val="RESPUESTA"/>
          <w:id w:val="-2975361"/>
          <w:text/>
        </w:sdtPr>
        <w:sdtEndPr/>
        <w:sdtContent>
          <w:r w:rsidRPr="009460F9">
            <w:rPr>
              <w:lang w:val="es-AR"/>
            </w:rPr>
            <w:t>{{RESPUESTA}}</w:t>
          </w:r>
        </w:sdtContent>
      </w:sdt>
      <w:r w:rsidRPr="009460F9">
        <w:rPr>
          <w:lang w:val="es-AR"/>
        </w:rPr>
        <w:t>________________________________________________________________________________________________________________________________________________________________</w:t>
      </w:r>
    </w:p>
    <w:p w14:paraId="41FC87A1" w14:textId="77777777" w:rsidR="00927AA1" w:rsidRPr="009460F9" w:rsidRDefault="00D62117">
      <w:pPr>
        <w:pStyle w:val="Heading1"/>
        <w:rPr>
          <w:lang w:val="es-AR"/>
        </w:rPr>
      </w:pPr>
      <w:r w:rsidRPr="009460F9">
        <w:rPr>
          <w:lang w:val="es-AR"/>
        </w:rPr>
        <w:t>6. Capacidad financiera y prueba de fondos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35"/>
        <w:gridCol w:w="6375"/>
        <w:gridCol w:w="50"/>
      </w:tblGrid>
      <w:tr w:rsidR="00927AA1" w:rsidRPr="009460F9" w14:paraId="4B8B5973" w14:textId="77777777">
        <w:trPr>
          <w:gridAfter w:val="1"/>
          <w:wAfter w:w="50" w:type="dxa"/>
        </w:trPr>
        <w:tc>
          <w:tcPr>
            <w:tcW w:w="9360" w:type="dxa"/>
            <w:gridSpan w:val="2"/>
            <w:shd w:val="clear" w:color="auto" w:fill="FCECEC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0FEBFEBD" w14:textId="77777777" w:rsidR="00927AA1" w:rsidRPr="009460F9" w:rsidRDefault="00D62117">
            <w:pPr>
              <w:spacing w:after="60"/>
              <w:rPr>
                <w:lang w:val="es-AR"/>
              </w:rPr>
            </w:pPr>
            <w:r w:rsidRPr="009460F9">
              <w:rPr>
                <w:b/>
                <w:color w:val="9B1C1C"/>
                <w:lang w:val="es-AR"/>
              </w:rPr>
              <w:t>DOCUMENTO INDISPENSABLE</w:t>
            </w:r>
          </w:p>
          <w:p w14:paraId="6B984491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sz w:val="18"/>
                <w:lang w:val="es-AR"/>
              </w:rPr>
              <w:t>Indique la fuente de fondos y acompañe evidencia contemporánea, verificable y razonablemente suficiente para el volumen o inversión informados. Una captura aislada, documento editable, carta sin datos de contacto verificables o manifestación del intermediario no constituye por sí sola prueba suficiente.</w:t>
            </w:r>
          </w:p>
        </w:tc>
      </w:tr>
      <w:tr w:rsidR="00927AA1" w14:paraId="6CFDFDE4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F36479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 xml:space="preserve">Monto o </w:t>
            </w:r>
            <w:proofErr w:type="spellStart"/>
            <w:r>
              <w:rPr>
                <w:b/>
                <w:color w:val="16283F"/>
                <w:sz w:val="17"/>
              </w:rPr>
              <w:t>rango</w:t>
            </w:r>
            <w:proofErr w:type="spellEnd"/>
            <w:r>
              <w:rPr>
                <w:b/>
                <w:color w:val="16283F"/>
                <w:sz w:val="17"/>
              </w:rPr>
              <w:t xml:space="preserve"> disponible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624BAE" w14:textId="1B3B66CC" w:rsidR="00927AA1" w:rsidRDefault="00D62117">
            <w:pPr>
              <w:spacing w:after="0"/>
            </w:pPr>
            <w:sdt>
              <w:sdtPr>
                <w:alias w:val="MONTO_DISPONIBLE"/>
                <w:tag w:val="MONTO_DISPONIBLE"/>
                <w:id w:val="-48077505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</w:t>
                </w:r>
              </w:sdtContent>
            </w:sdt>
          </w:p>
        </w:tc>
      </w:tr>
      <w:tr w:rsidR="00927AA1" w14:paraId="04AA02B2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02100F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Moneda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2EEF95" w14:textId="70FF2F10" w:rsidR="00927AA1" w:rsidRDefault="00D62117">
            <w:pPr>
              <w:spacing w:after="0"/>
            </w:pPr>
            <w:sdt>
              <w:sdtPr>
                <w:alias w:val="MONEDA_FONDOS"/>
                <w:tag w:val="MONEDA_FONDOS"/>
                <w:id w:val="2033299104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</w:t>
                </w:r>
              </w:sdtContent>
            </w:sdt>
          </w:p>
        </w:tc>
      </w:tr>
      <w:tr w:rsidR="00927AA1" w14:paraId="7684351B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3618C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Titular de los fondos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61EB13" w14:textId="23FFF6E9" w:rsidR="00927AA1" w:rsidRDefault="00D62117">
            <w:pPr>
              <w:spacing w:after="0"/>
            </w:pPr>
            <w:sdt>
              <w:sdtPr>
                <w:alias w:val="TITULAR_FONDOS"/>
                <w:tag w:val="TITULAR_FONDOS"/>
                <w:id w:val="-1744328831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</w:t>
                </w:r>
              </w:sdtContent>
            </w:sdt>
          </w:p>
        </w:tc>
      </w:tr>
      <w:tr w:rsidR="00927AA1" w14:paraId="5F352DC7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F63ABA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Origen de los fondos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37DD65" w14:textId="68B6C611" w:rsidR="00927AA1" w:rsidRDefault="00D62117">
            <w:pPr>
              <w:spacing w:after="0"/>
            </w:pPr>
            <w:sdt>
              <w:sdtPr>
                <w:alias w:val="ORIGEN_FONDOS"/>
                <w:tag w:val="ORIGEN_FONDOS"/>
                <w:id w:val="1544488265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</w:t>
                </w:r>
              </w:sdtContent>
            </w:sdt>
          </w:p>
        </w:tc>
      </w:tr>
      <w:tr w:rsidR="00927AA1" w14:paraId="6A2286F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A0D14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Institución financiera y país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446D50" w14:textId="363BC685" w:rsidR="00927AA1" w:rsidRDefault="00D62117">
            <w:pPr>
              <w:spacing w:after="0"/>
            </w:pPr>
            <w:sdt>
              <w:sdtPr>
                <w:alias w:val="INSTITUCION"/>
                <w:tag w:val="INSTITUCION"/>
                <w:id w:val="31739693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</w:t>
                </w:r>
              </w:sdtContent>
            </w:sdt>
          </w:p>
        </w:tc>
      </w:tr>
      <w:tr w:rsidR="00927AA1" w14:paraId="577B6190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A11AC2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Fecha de emisión de la evidencia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8C5A92" w14:textId="3CCA8ADC" w:rsidR="00927AA1" w:rsidRDefault="00D62117">
            <w:pPr>
              <w:spacing w:after="0"/>
            </w:pPr>
            <w:sdt>
              <w:sdtPr>
                <w:alias w:val="FECHA_POF"/>
                <w:tag w:val="FECHA_POF"/>
                <w:id w:val="-68583702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______/____/_____________</w:t>
                </w:r>
              </w:sdtContent>
            </w:sdt>
          </w:p>
        </w:tc>
      </w:tr>
      <w:tr w:rsidR="00927AA1" w14:paraId="5015D560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5AB8F0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Contacto bancario/profesional verificable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75B10B" w14:textId="4308A0A0" w:rsidR="00927AA1" w:rsidRDefault="00D62117">
            <w:pPr>
              <w:spacing w:after="0"/>
            </w:pPr>
            <w:sdt>
              <w:sdtPr>
                <w:alias w:val="CONTACTO_VERIFICACION"/>
                <w:tag w:val="CONTACTO_VERIFICACION"/>
                <w:id w:val="-93535887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</w:t>
                </w:r>
              </w:sdtContent>
            </w:sdt>
          </w:p>
        </w:tc>
      </w:tr>
      <w:tr w:rsidR="00927AA1" w14:paraId="42FF22F8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A7B0A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Autorización de verificación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31866E" w14:textId="2024263F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— </w:t>
            </w:r>
            <w:proofErr w:type="spellStart"/>
            <w:r>
              <w:rPr>
                <w:color w:val="5E6875"/>
                <w:sz w:val="18"/>
              </w:rPr>
              <w:t>explicar</w:t>
            </w:r>
            <w:proofErr w:type="spellEnd"/>
            <w:r>
              <w:rPr>
                <w:color w:val="5E6875"/>
                <w:sz w:val="18"/>
              </w:rPr>
              <w:t xml:space="preserve">: </w:t>
            </w:r>
            <w:sdt>
              <w:sdtPr>
                <w:alias w:val="LIMITACION"/>
                <w:tag w:val="LIMITACION"/>
                <w:id w:val="-56202336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</w:t>
                </w:r>
              </w:sdtContent>
            </w:sdt>
          </w:p>
        </w:tc>
      </w:tr>
    </w:tbl>
    <w:p w14:paraId="50ED6B6B" w14:textId="77777777" w:rsidR="00927AA1" w:rsidRDefault="00927AA1">
      <w:pPr>
        <w:spacing w:after="0"/>
      </w:pPr>
    </w:p>
    <w:p w14:paraId="3F3ED438" w14:textId="77777777" w:rsidR="00927AA1" w:rsidRDefault="00D62117">
      <w:pPr>
        <w:pStyle w:val="Heading2"/>
      </w:pPr>
      <w:r>
        <w:t>Evidencia acompañada</w:t>
      </w:r>
    </w:p>
    <w:p w14:paraId="686034D8" w14:textId="77777777" w:rsidR="00927AA1" w:rsidRDefault="00D62117">
      <w:r>
        <w:t>☐</w:t>
      </w:r>
      <w:r>
        <w:t xml:space="preserve"> Carta bancaria   ☐ Estado de cuenta redactado   ☐ Línea de crédito   ☐ Carta banco/contador   ☐ Estados auditados   ☐ Otro</w:t>
      </w:r>
    </w:p>
    <w:p w14:paraId="4DD82DC4" w14:textId="6B746334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 xml:space="preserve">Archivos y fechas: </w:t>
      </w:r>
      <w:sdt>
        <w:sdtPr>
          <w:rPr>
            <w:lang w:val="es-AR"/>
          </w:rPr>
          <w:alias w:val="DETALLE_ADJUNTOS_POF"/>
          <w:tag w:val="DETALLE_ADJUNTOS_POF"/>
          <w:id w:val="-950462376"/>
          <w:text/>
        </w:sdtPr>
        <w:sdtEndPr/>
        <w:sdtContent>
          <w:r w:rsidR="009460F9">
            <w:rPr>
              <w:lang w:val="es-AR"/>
            </w:rPr>
            <w:t>______________________________________________________________________</w:t>
          </w:r>
        </w:sdtContent>
      </w:sdt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27AA1" w:rsidRPr="009460F9" w14:paraId="3B15808A" w14:textId="77777777">
        <w:tc>
          <w:tcPr>
            <w:tcW w:w="9360" w:type="dxa"/>
            <w:shd w:val="clear" w:color="auto" w:fill="F3F5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960963C" w14:textId="77777777" w:rsidR="00927AA1" w:rsidRPr="009460F9" w:rsidRDefault="00D62117">
            <w:pPr>
              <w:spacing w:after="60"/>
              <w:rPr>
                <w:lang w:val="es-AR"/>
              </w:rPr>
            </w:pPr>
            <w:r w:rsidRPr="009460F9">
              <w:rPr>
                <w:b/>
                <w:color w:val="16283F"/>
                <w:lang w:val="es-AR"/>
              </w:rPr>
              <w:t>PROTECCIÓN DE DATOS</w:t>
            </w:r>
          </w:p>
          <w:p w14:paraId="09707A6E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sz w:val="18"/>
                <w:lang w:val="es-AR"/>
              </w:rPr>
              <w:t>La documentación financiera debe remitirse por canal acordado. Podrán ocultarse números completos de cuenta y movimientos ajenos a la operación. No obstante, la evidencia deberá permitir identificar al titular, la entidad emisora, la fecha, la moneda y la capacidad financiera declarada. Podrá requerirse verificación reforzada antes de revelar información reservada o presentar contrapartes.</w:t>
            </w:r>
          </w:p>
        </w:tc>
      </w:tr>
    </w:tbl>
    <w:p w14:paraId="42F0F8E9" w14:textId="77777777" w:rsidR="00927AA1" w:rsidRDefault="00D62117">
      <w:pPr>
        <w:pStyle w:val="Heading1"/>
      </w:pPr>
      <w:r>
        <w:lastRenderedPageBreak/>
        <w:t>7. Experiencia y antecedentes transaccionales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1A6CF2B6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89E720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Operaciones similares en los últimos 5 años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74805C" w14:textId="5E6BA7A1" w:rsidR="00927AA1" w:rsidRDefault="00D62117">
            <w:pPr>
              <w:spacing w:after="0"/>
            </w:pPr>
            <w:sdt>
              <w:sdtPr>
                <w:alias w:val="OPERACIONES_PREVIAS"/>
                <w:tag w:val="OPERACIONES_PREVIAS"/>
                <w:id w:val="861487029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</w:t>
                </w:r>
              </w:sdtContent>
            </w:sdt>
          </w:p>
        </w:tc>
      </w:tr>
      <w:tr w:rsidR="00927AA1" w14:paraId="78E9408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A7E6D0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Volumen y jurisdicciones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4EAA55" w14:textId="06FAAC2A" w:rsidR="00927AA1" w:rsidRDefault="00D62117">
            <w:pPr>
              <w:spacing w:after="0"/>
            </w:pPr>
            <w:sdt>
              <w:sdtPr>
                <w:alias w:val="VOLUMEN_JURISDICCIONES"/>
                <w:tag w:val="VOLUMEN_JURISDICCIONES"/>
                <w:id w:val="1428386673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</w:t>
                </w:r>
              </w:sdtContent>
            </w:sdt>
          </w:p>
        </w:tc>
      </w:tr>
      <w:tr w:rsidR="00927AA1" w14:paraId="166D659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5CE64A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Referencias comerciales (mínimo 2)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FB72BC" w14:textId="67BB7E80" w:rsidR="00927AA1" w:rsidRDefault="00D62117">
            <w:pPr>
              <w:spacing w:after="0"/>
            </w:pPr>
            <w:sdt>
              <w:sdtPr>
                <w:alias w:val="REFERENCIAS"/>
                <w:tag w:val="REFERENCIAS"/>
                <w:id w:val="43071671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</w:t>
                </w:r>
              </w:sdtContent>
            </w:sdt>
          </w:p>
        </w:tc>
      </w:tr>
      <w:tr w:rsidR="00927AA1" w14:paraId="05BC97B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DE729E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Equipo técnico, legal y financiero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E01CC5" w14:textId="1EE86DAE" w:rsidR="00927AA1" w:rsidRDefault="00D62117">
            <w:pPr>
              <w:spacing w:after="0"/>
            </w:pPr>
            <w:sdt>
              <w:sdtPr>
                <w:alias w:val="ASESORES"/>
                <w:tag w:val="ASESORES"/>
                <w:id w:val="-158461393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</w:t>
                </w:r>
              </w:sdtContent>
            </w:sdt>
          </w:p>
        </w:tc>
      </w:tr>
      <w:tr w:rsidR="00927AA1" w14:paraId="236095E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14513F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Licencias/registros aplicables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7D9F99" w14:textId="3D116B0C" w:rsidR="00927AA1" w:rsidRDefault="00D62117">
            <w:pPr>
              <w:spacing w:after="0"/>
            </w:pPr>
            <w:sdt>
              <w:sdtPr>
                <w:alias w:val="LICENCIAS"/>
                <w:tag w:val="LICENCIAS"/>
                <w:id w:val="-55330535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</w:t>
                </w:r>
              </w:sdtContent>
            </w:sdt>
          </w:p>
        </w:tc>
      </w:tr>
    </w:tbl>
    <w:p w14:paraId="4B62EF1E" w14:textId="77777777" w:rsidR="00927AA1" w:rsidRDefault="00927AA1">
      <w:pPr>
        <w:spacing w:after="0"/>
      </w:pPr>
    </w:p>
    <w:p w14:paraId="2D7C40F2" w14:textId="77777777" w:rsidR="00927AA1" w:rsidRDefault="00D62117">
      <w:pPr>
        <w:pStyle w:val="Heading1"/>
      </w:pPr>
      <w:r>
        <w:t>8. Cumplimiento, trazabilidad y debida diligencia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49E967A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D43EBC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Programa AML/KYC interno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777C53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En implementación</w:t>
            </w:r>
          </w:p>
        </w:tc>
      </w:tr>
      <w:tr w:rsidR="00927AA1" w14:paraId="53E4B34E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3B2480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Política antisoborno y anticorrupción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F4155E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</w:t>
            </w:r>
          </w:p>
        </w:tc>
      </w:tr>
      <w:tr w:rsidR="00927AA1" w14:paraId="4DF83568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BF905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Política de minerales responsables / ESG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119E71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No aplica</w:t>
            </w:r>
          </w:p>
        </w:tc>
      </w:tr>
      <w:tr w:rsidR="00927AA1" w14:paraId="358387B2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25C740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b/>
                <w:color w:val="16283F"/>
                <w:sz w:val="17"/>
                <w:lang w:val="es-AR"/>
              </w:rPr>
              <w:t>Acepta verificación de sanciones y PEP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59AE61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</w:t>
            </w:r>
            <w:proofErr w:type="spellStart"/>
            <w:r>
              <w:rPr>
                <w:color w:val="5E6875"/>
                <w:sz w:val="18"/>
              </w:rPr>
              <w:t>Sí</w:t>
            </w:r>
            <w:proofErr w:type="spellEnd"/>
            <w:r>
              <w:rPr>
                <w:color w:val="5E6875"/>
                <w:sz w:val="18"/>
              </w:rPr>
              <w:t xml:space="preserve">   ☐ No</w:t>
            </w:r>
          </w:p>
        </w:tc>
      </w:tr>
      <w:tr w:rsidR="00927AA1" w14:paraId="4FAA29F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F983F2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Acepta acreditar origen y destino lícito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478AF2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</w:t>
            </w:r>
          </w:p>
        </w:tc>
      </w:tr>
      <w:tr w:rsidR="00927AA1" w14:paraId="3EA3175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18266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Requiere origen certificado específico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86BA3B" w14:textId="46CCB95E" w:rsidR="00927AA1" w:rsidRDefault="00D62117">
            <w:pPr>
              <w:spacing w:after="0"/>
            </w:pPr>
            <w:sdt>
              <w:sdtPr>
                <w:alias w:val="CERTIFICACION_ORIGEN"/>
                <w:tag w:val="CERTIFICACION_ORIGEN"/>
                <w:id w:val="-321206367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</w:t>
                </w:r>
              </w:sdtContent>
            </w:sdt>
          </w:p>
        </w:tc>
      </w:tr>
      <w:tr w:rsidR="00927AA1" w14:paraId="49EEA525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C431E4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Restricciones regulatorias o jurisdiccionales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BAA8E8" w14:textId="59FBAE14" w:rsidR="00927AA1" w:rsidRDefault="00D62117">
            <w:pPr>
              <w:spacing w:after="0"/>
            </w:pPr>
            <w:sdt>
              <w:sdtPr>
                <w:alias w:val="RESTRICCIONES"/>
                <w:tag w:val="RESTRICCIONES"/>
                <w:id w:val="-896511072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</w:t>
                </w:r>
              </w:sdtContent>
            </w:sdt>
          </w:p>
        </w:tc>
      </w:tr>
    </w:tbl>
    <w:p w14:paraId="6342669D" w14:textId="77777777" w:rsidR="00927AA1" w:rsidRDefault="00927AA1">
      <w:pPr>
        <w:spacing w:after="0"/>
      </w:pPr>
    </w:p>
    <w:p w14:paraId="05677DA4" w14:textId="77777777" w:rsidR="00927AA1" w:rsidRDefault="00D62117">
      <w:pPr>
        <w:pStyle w:val="Heading2"/>
      </w:pPr>
      <w:r>
        <w:t>Declaraciones del solicitante</w:t>
      </w:r>
    </w:p>
    <w:p w14:paraId="6E4B9F91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La información y documentación suministradas son completas, actuales y auténticas.</w:t>
      </w:r>
    </w:p>
    <w:p w14:paraId="66357735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La persona firmante cuenta con facultades suficientes o identificó claramente las limitaciones de su intervención.</w:t>
      </w:r>
    </w:p>
    <w:p w14:paraId="2C2B1E12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Los fondos y la operación proyectada tienen origen, propósito y destino lícitos.</w:t>
      </w:r>
    </w:p>
    <w:p w14:paraId="0D2D6F02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No se utilizará la información recibida para eludir a la parte presentante, contactar directamente a contrapartes reveladas ni circular precios o documentos sin autorización.</w:t>
      </w:r>
    </w:p>
    <w:p w14:paraId="23086ABB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Se informará de inmediato cualquier cambio material en identidad, mandato, beneficiario final, capacidad financiera o estructura de la operación.</w:t>
      </w:r>
    </w:p>
    <w:p w14:paraId="14F35AF5" w14:textId="77777777" w:rsidR="00927AA1" w:rsidRPr="009460F9" w:rsidRDefault="00D62117">
      <w:pPr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Se acepta que podrán solicitarse documentación adicional, entrevista de verificación, NDA, LOI/ICPO, mandato específico u otros recaudos antes de avanzar.</w:t>
      </w:r>
    </w:p>
    <w:p w14:paraId="56F5265E" w14:textId="77777777" w:rsidR="00927AA1" w:rsidRPr="009460F9" w:rsidRDefault="00D62117">
      <w:pPr>
        <w:pStyle w:val="Heading1"/>
        <w:rPr>
          <w:lang w:val="es-AR"/>
        </w:rPr>
      </w:pPr>
      <w:r w:rsidRPr="009460F9">
        <w:rPr>
          <w:lang w:val="es-AR"/>
        </w:rPr>
        <w:t>9. Documentos adjuntos y autorización</w:t>
      </w:r>
    </w:p>
    <w:p w14:paraId="15CDDB4A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Constancia de CUIT/Tax ID y registro societario vigente</w:t>
      </w:r>
    </w:p>
    <w:p w14:paraId="15625205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Estatuto/contrato social y autoridades vigentes</w:t>
      </w:r>
    </w:p>
    <w:p w14:paraId="77F13CC4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Documento de identidad del firmante</w:t>
      </w:r>
    </w:p>
    <w:p w14:paraId="7CB518D2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lastRenderedPageBreak/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Poder, mandato o autorización del comprador/inversor final</w:t>
      </w:r>
    </w:p>
    <w:p w14:paraId="4A86269A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Declaración de beneficiario final y estructura de control</w:t>
      </w:r>
    </w:p>
    <w:p w14:paraId="1783B498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Requerimiento técnico/comercial detallado</w:t>
      </w:r>
    </w:p>
    <w:p w14:paraId="32B3EC1C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Prueba de fondos o capacidad financiera verificable</w:t>
      </w:r>
    </w:p>
    <w:p w14:paraId="3B75AD30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Referencias comerciales y antecedentes de operaciones</w:t>
      </w:r>
    </w:p>
    <w:p w14:paraId="2C81DB10" w14:textId="77777777" w:rsidR="00927AA1" w:rsidRPr="009460F9" w:rsidRDefault="00D62117">
      <w:pPr>
        <w:spacing w:after="40"/>
        <w:rPr>
          <w:lang w:val="es-AR"/>
        </w:rPr>
      </w:pPr>
      <w:r w:rsidRPr="009460F9">
        <w:rPr>
          <w:b/>
          <w:lang w:val="es-AR"/>
        </w:rPr>
        <w:t>☐</w:t>
      </w:r>
      <w:r w:rsidRPr="009460F9">
        <w:rPr>
          <w:b/>
          <w:lang w:val="es-AR"/>
        </w:rPr>
        <w:t xml:space="preserve"> </w:t>
      </w:r>
      <w:r w:rsidRPr="009460F9">
        <w:rPr>
          <w:lang w:val="es-AR"/>
        </w:rPr>
        <w:t>Políticas/certificaciones de cumplimiento aplicables</w:t>
      </w:r>
    </w:p>
    <w:p w14:paraId="0CBDB960" w14:textId="77777777" w:rsidR="00927AA1" w:rsidRPr="009460F9" w:rsidRDefault="00D62117">
      <w:pPr>
        <w:pStyle w:val="Heading1"/>
        <w:rPr>
          <w:lang w:val="es-AR"/>
        </w:rPr>
      </w:pPr>
      <w:r w:rsidRPr="009460F9">
        <w:rPr>
          <w:lang w:val="es-AR"/>
        </w:rPr>
        <w:t>10. Firma y presentación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35"/>
        <w:gridCol w:w="6375"/>
        <w:gridCol w:w="50"/>
      </w:tblGrid>
      <w:tr w:rsidR="00927AA1" w:rsidRPr="009460F9" w14:paraId="5E50C346" w14:textId="77777777">
        <w:trPr>
          <w:gridAfter w:val="1"/>
          <w:wAfter w:w="50" w:type="dxa"/>
        </w:trPr>
        <w:tc>
          <w:tcPr>
            <w:tcW w:w="9360" w:type="dxa"/>
            <w:gridSpan w:val="2"/>
            <w:shd w:val="clear" w:color="auto" w:fill="F3F5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57D5311" w14:textId="77777777" w:rsidR="00927AA1" w:rsidRPr="009460F9" w:rsidRDefault="00D62117">
            <w:pPr>
              <w:spacing w:after="60"/>
              <w:rPr>
                <w:lang w:val="es-AR"/>
              </w:rPr>
            </w:pPr>
            <w:r w:rsidRPr="009460F9">
              <w:rPr>
                <w:b/>
                <w:color w:val="16283F"/>
                <w:lang w:val="es-AR"/>
              </w:rPr>
              <w:t>ALCANCE</w:t>
            </w:r>
          </w:p>
          <w:p w14:paraId="13E8A00D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sz w:val="18"/>
                <w:lang w:val="es-AR"/>
              </w:rPr>
              <w:t>Este documento es de carácter informativo y de precalificación. No constituye oferta, aceptación, asesoramiento financiero, promesa de venta, reserva de mineral o proyecto, obligación de cotizar, relación de agencia, sociedad, exclusividad ni derecho a comisión. Cualquier relación u operación quedará sujeta a contratos definitivos, debida diligencia satisfactoria, cumplimiento regulatorio y aprobación expresa de las partes competentes.</w:t>
            </w:r>
          </w:p>
        </w:tc>
      </w:tr>
      <w:tr w:rsidR="00927AA1" w14:paraId="0801BAB1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60493E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 xml:space="preserve">Nombre </w:t>
            </w:r>
            <w:proofErr w:type="spellStart"/>
            <w:r>
              <w:rPr>
                <w:b/>
                <w:color w:val="16283F"/>
                <w:sz w:val="17"/>
              </w:rPr>
              <w:t>completo</w:t>
            </w:r>
            <w:proofErr w:type="spellEnd"/>
            <w:r>
              <w:rPr>
                <w:b/>
                <w:color w:val="16283F"/>
                <w:sz w:val="17"/>
              </w:rPr>
              <w:t xml:space="preserve"> del </w:t>
            </w:r>
            <w:proofErr w:type="spellStart"/>
            <w:r>
              <w:rPr>
                <w:b/>
                <w:color w:val="16283F"/>
                <w:sz w:val="17"/>
              </w:rPr>
              <w:t>firmante</w:t>
            </w:r>
            <w:proofErr w:type="spellEnd"/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E6B02F" w14:textId="24C5559D" w:rsidR="00927AA1" w:rsidRDefault="00D62117">
            <w:pPr>
              <w:spacing w:after="0"/>
            </w:pPr>
            <w:sdt>
              <w:sdtPr>
                <w:alias w:val="FIRMANTE"/>
                <w:tag w:val="FIRMANTE"/>
                <w:id w:val="1783072058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_________________________________________________________</w:t>
                </w:r>
              </w:sdtContent>
            </w:sdt>
          </w:p>
        </w:tc>
      </w:tr>
      <w:tr w:rsidR="00927AA1" w14:paraId="5F158D3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63D3F2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Cargo y empresa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C6B4DF" w14:textId="0201FC65" w:rsidR="00927AA1" w:rsidRDefault="00D62117">
            <w:pPr>
              <w:spacing w:after="0"/>
            </w:pPr>
            <w:sdt>
              <w:sdtPr>
                <w:alias w:val="CARGO_EMPRESA"/>
                <w:tag w:val="CARGO_EMPRESA"/>
                <w:id w:val="1706288906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_________________________________________________________</w:t>
                </w:r>
              </w:sdtContent>
            </w:sdt>
          </w:p>
        </w:tc>
      </w:tr>
      <w:tr w:rsidR="00927AA1" w14:paraId="40323D0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D6D496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Lugar y fecha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A67062" w14:textId="28CD73DB" w:rsidR="00927AA1" w:rsidRDefault="00D62117">
            <w:pPr>
              <w:spacing w:after="0"/>
            </w:pPr>
            <w:sdt>
              <w:sdtPr>
                <w:alias w:val="LUGAR_FECHA"/>
                <w:tag w:val="LUGAR_FECHA"/>
                <w:id w:val="-485167503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___________________________________________/____/__________</w:t>
                </w:r>
              </w:sdtContent>
            </w:sdt>
          </w:p>
        </w:tc>
      </w:tr>
      <w:tr w:rsidR="00927AA1" w14:paraId="167AAC8B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5C6F83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Firma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2EEE5A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br/>
            </w:r>
            <w:r>
              <w:rPr>
                <w:color w:val="5E6875"/>
                <w:sz w:val="18"/>
              </w:rPr>
              <w:br/>
              <w:t>____________________________________________</w:t>
            </w:r>
          </w:p>
        </w:tc>
      </w:tr>
      <w:tr w:rsidR="00927AA1" w14:paraId="36FF7BD8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3A0CA9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Aclaración</w:t>
            </w:r>
          </w:p>
        </w:tc>
        <w:tc>
          <w:tcPr>
            <w:tcW w:w="6410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04AA20" w14:textId="7E2B2C05" w:rsidR="00927AA1" w:rsidRDefault="00D62117">
            <w:pPr>
              <w:spacing w:after="0"/>
            </w:pPr>
            <w:sdt>
              <w:sdtPr>
                <w:alias w:val="ACLARACION"/>
                <w:tag w:val="ACLARACION"/>
                <w:id w:val="-759377070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</w:t>
                </w:r>
              </w:sdtContent>
            </w:sdt>
          </w:p>
        </w:tc>
      </w:tr>
    </w:tbl>
    <w:p w14:paraId="023EEECE" w14:textId="77777777" w:rsidR="00927AA1" w:rsidRDefault="00927AA1">
      <w:pPr>
        <w:spacing w:after="0"/>
      </w:pPr>
    </w:p>
    <w:p w14:paraId="435C0670" w14:textId="77777777" w:rsidR="00927AA1" w:rsidRDefault="00D62117">
      <w:pPr>
        <w:spacing w:before="180"/>
      </w:pPr>
      <w:r>
        <w:rPr>
          <w:b/>
          <w:color w:val="16283F"/>
        </w:rPr>
        <w:t>AUTORIZACIÓN LIMITADA DE VERIFICACIÓN</w:t>
      </w:r>
    </w:p>
    <w:p w14:paraId="3C6FD9F8" w14:textId="77777777" w:rsidR="00927AA1" w:rsidRPr="009460F9" w:rsidRDefault="00D62117">
      <w:pPr>
        <w:rPr>
          <w:lang w:val="es-AR"/>
        </w:rPr>
      </w:pPr>
      <w:r w:rsidRPr="009460F9">
        <w:rPr>
          <w:lang w:val="es-AR"/>
        </w:rPr>
        <w:t>Autorizo a verificar, únicamente a efectos de esta precalificación, la existencia y vigencia de la empresa, mis facultades, las referencias declaradas y la autenticidad general de la evidencia financiera mediante los contactos identificados. Esta autorización no permite solicitar saldos detallados, movimientos bancarios ni información distinta de la necesaria para validar la capacidad declarada.</w:t>
      </w:r>
    </w:p>
    <w:p w14:paraId="2A09E36D" w14:textId="77777777" w:rsidR="00927AA1" w:rsidRPr="009460F9" w:rsidRDefault="00D62117">
      <w:pPr>
        <w:rPr>
          <w:lang w:val="es-AR"/>
        </w:rPr>
      </w:pPr>
      <w:r w:rsidRPr="009460F9">
        <w:rPr>
          <w:lang w:val="es-AR"/>
        </w:rPr>
        <w:t>☐</w:t>
      </w:r>
      <w:r w:rsidRPr="009460F9">
        <w:rPr>
          <w:lang w:val="es-AR"/>
        </w:rPr>
        <w:t xml:space="preserve"> Autorizo   ☐ No autorizo   Firma/iniciales: ____________________</w:t>
      </w:r>
    </w:p>
    <w:p w14:paraId="58668864" w14:textId="77777777" w:rsidR="00927AA1" w:rsidRDefault="00D62117">
      <w:pPr>
        <w:pStyle w:val="Heading2"/>
      </w:pPr>
      <w:r>
        <w:t xml:space="preserve">Uso </w:t>
      </w:r>
      <w:proofErr w:type="spellStart"/>
      <w:r>
        <w:t>interno</w:t>
      </w:r>
      <w:proofErr w:type="spellEnd"/>
      <w:r>
        <w:t xml:space="preserve"> — no completar por el solicitante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950"/>
        <w:gridCol w:w="6410"/>
      </w:tblGrid>
      <w:tr w:rsidR="00927AA1" w14:paraId="05FC5A7B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8B3C37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Documentación completa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920CA8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Pendiente</w:t>
            </w:r>
          </w:p>
        </w:tc>
      </w:tr>
      <w:tr w:rsidR="00927AA1" w14:paraId="21C34B3F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27E52B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Identidad/empresa verificadas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8F7D36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Pendiente</w:t>
            </w:r>
          </w:p>
        </w:tc>
      </w:tr>
      <w:tr w:rsidR="00927AA1" w14:paraId="0A94CEBA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2A866D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Mandato verificado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73FBEE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No aplica</w:t>
            </w:r>
          </w:p>
        </w:tc>
      </w:tr>
      <w:tr w:rsidR="00927AA1" w14:paraId="52BA8E51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CB7351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Capacidad financiera compatible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139150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Sí   ☐ No   ☐ Pendiente</w:t>
            </w:r>
          </w:p>
        </w:tc>
      </w:tr>
      <w:tr w:rsidR="00927AA1" w14:paraId="00B2D34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F2949D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Riesgo preliminar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3C270C" w14:textId="77777777" w:rsidR="00927AA1" w:rsidRDefault="00D62117">
            <w:pPr>
              <w:spacing w:after="0"/>
            </w:pPr>
            <w:r>
              <w:rPr>
                <w:color w:val="5E6875"/>
                <w:sz w:val="18"/>
              </w:rPr>
              <w:t>☐</w:t>
            </w:r>
            <w:r>
              <w:rPr>
                <w:color w:val="5E6875"/>
                <w:sz w:val="18"/>
              </w:rPr>
              <w:t xml:space="preserve"> Bajo   ☐ Medio   ☐ Alto</w:t>
            </w:r>
          </w:p>
        </w:tc>
      </w:tr>
      <w:tr w:rsidR="00927AA1" w:rsidRPr="009460F9" w14:paraId="3A7CFABD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60DF93" w14:textId="77777777" w:rsidR="00927AA1" w:rsidRDefault="00D62117">
            <w:pPr>
              <w:spacing w:after="0"/>
            </w:pPr>
            <w:r>
              <w:rPr>
                <w:b/>
                <w:color w:val="16283F"/>
                <w:sz w:val="17"/>
              </w:rPr>
              <w:t>Decisión</w:t>
            </w:r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6E09DC" w14:textId="77777777" w:rsidR="00927AA1" w:rsidRPr="009460F9" w:rsidRDefault="00D62117">
            <w:pPr>
              <w:spacing w:after="0"/>
              <w:rPr>
                <w:lang w:val="es-AR"/>
              </w:rPr>
            </w:pPr>
            <w:r w:rsidRPr="009460F9">
              <w:rPr>
                <w:color w:val="5E6875"/>
                <w:sz w:val="18"/>
                <w:lang w:val="es-AR"/>
              </w:rPr>
              <w:t>☐</w:t>
            </w:r>
            <w:r w:rsidRPr="009460F9">
              <w:rPr>
                <w:color w:val="5E6875"/>
                <w:sz w:val="18"/>
                <w:lang w:val="es-AR"/>
              </w:rPr>
              <w:t xml:space="preserve"> Avanzar   ☐ Pedir ampliación   ☐ No avanzar</w:t>
            </w:r>
          </w:p>
        </w:tc>
      </w:tr>
      <w:tr w:rsidR="00927AA1" w14:paraId="49A2D993" w14:textId="77777777">
        <w:trPr>
          <w:cantSplit/>
        </w:trPr>
        <w:tc>
          <w:tcPr>
            <w:tcW w:w="2950" w:type="dxa"/>
            <w:shd w:val="clear" w:color="auto" w:fill="F3F5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ABF8E1" w14:textId="77777777" w:rsidR="00927AA1" w:rsidRDefault="00D62117">
            <w:pPr>
              <w:spacing w:after="0"/>
            </w:pPr>
            <w:proofErr w:type="spellStart"/>
            <w:r>
              <w:rPr>
                <w:b/>
                <w:color w:val="16283F"/>
                <w:sz w:val="17"/>
              </w:rPr>
              <w:t>Observaciones</w:t>
            </w:r>
            <w:proofErr w:type="spellEnd"/>
          </w:p>
        </w:tc>
        <w:tc>
          <w:tcPr>
            <w:tcW w:w="641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77AFDF" w14:textId="1BB7F022" w:rsidR="00927AA1" w:rsidRDefault="00D62117">
            <w:pPr>
              <w:spacing w:after="0"/>
            </w:pPr>
            <w:sdt>
              <w:sdtPr>
                <w:alias w:val="OBSERVACIONES_INTERNAS"/>
                <w:tag w:val="OBSERVACIONES_INTERNAS"/>
                <w:id w:val="1802963432"/>
                <w:text/>
              </w:sdtPr>
              <w:sdtEndPr/>
              <w:sdtContent>
                <w:r w:rsidR="009460F9">
                  <w:rPr>
                    <w:color w:val="5E6875"/>
                    <w:sz w:val="18"/>
                  </w:rPr>
                  <w:t>_____________________________________________</w:t>
                </w:r>
              </w:sdtContent>
            </w:sdt>
          </w:p>
        </w:tc>
      </w:tr>
    </w:tbl>
    <w:p w14:paraId="0781B4E5" w14:textId="77777777" w:rsidR="00927AA1" w:rsidRDefault="00927AA1">
      <w:pPr>
        <w:spacing w:after="0"/>
      </w:pPr>
    </w:p>
    <w:sectPr w:rsidR="00927AA1" w:rsidSect="00034616">
      <w:headerReference w:type="default" r:id="rId8"/>
      <w:footerReference w:type="default" r:id="rId9"/>
      <w:pgSz w:w="12240" w:h="15840"/>
      <w:pgMar w:top="1037" w:right="1123" w:bottom="1037" w:left="1123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C4ED" w14:textId="77777777" w:rsidR="00D62117" w:rsidRDefault="00D62117">
      <w:pPr>
        <w:spacing w:after="0" w:line="240" w:lineRule="auto"/>
      </w:pPr>
      <w:r>
        <w:separator/>
      </w:r>
    </w:p>
  </w:endnote>
  <w:endnote w:type="continuationSeparator" w:id="0">
    <w:p w14:paraId="531FD00A" w14:textId="77777777" w:rsidR="00D62117" w:rsidRDefault="00D6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82DBC" w14:textId="77777777" w:rsidR="00927AA1" w:rsidRPr="009460F9" w:rsidRDefault="00D62117">
    <w:pPr>
      <w:pStyle w:val="Footer"/>
      <w:jc w:val="center"/>
      <w:rPr>
        <w:lang w:val="es-AR"/>
      </w:rPr>
    </w:pPr>
    <w:r w:rsidRPr="009460F9">
      <w:rPr>
        <w:color w:val="5E6875"/>
        <w:sz w:val="16"/>
        <w:lang w:val="es-AR"/>
      </w:rPr>
      <w:t>Formulario de precalificación comercial — Minerales estratégicos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D7893" w14:textId="77777777" w:rsidR="00D62117" w:rsidRDefault="00D62117">
      <w:pPr>
        <w:spacing w:after="0" w:line="240" w:lineRule="auto"/>
      </w:pPr>
      <w:r>
        <w:separator/>
      </w:r>
    </w:p>
  </w:footnote>
  <w:footnote w:type="continuationSeparator" w:id="0">
    <w:p w14:paraId="5C6AFE84" w14:textId="77777777" w:rsidR="00D62117" w:rsidRDefault="00D62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2277" w14:textId="7920EE24" w:rsidR="00927AA1" w:rsidRDefault="00D62117">
    <w:pPr>
      <w:pStyle w:val="Header"/>
      <w:jc w:val="right"/>
    </w:pPr>
    <w:r>
      <w:rPr>
        <w:b/>
        <w:color w:val="5E6875"/>
        <w:sz w:val="16"/>
      </w:rPr>
      <w:t>CONFIDENCIAL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3390149">
    <w:abstractNumId w:val="8"/>
  </w:num>
  <w:num w:numId="2" w16cid:durableId="1026633547">
    <w:abstractNumId w:val="6"/>
  </w:num>
  <w:num w:numId="3" w16cid:durableId="1037704041">
    <w:abstractNumId w:val="5"/>
  </w:num>
  <w:num w:numId="4" w16cid:durableId="1102604933">
    <w:abstractNumId w:val="4"/>
  </w:num>
  <w:num w:numId="5" w16cid:durableId="1283459155">
    <w:abstractNumId w:val="7"/>
  </w:num>
  <w:num w:numId="6" w16cid:durableId="808936116">
    <w:abstractNumId w:val="3"/>
  </w:num>
  <w:num w:numId="7" w16cid:durableId="346099286">
    <w:abstractNumId w:val="2"/>
  </w:num>
  <w:num w:numId="8" w16cid:durableId="2001614966">
    <w:abstractNumId w:val="1"/>
  </w:num>
  <w:num w:numId="9" w16cid:durableId="19045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10763"/>
    <w:rsid w:val="00927AA1"/>
    <w:rsid w:val="009460F9"/>
    <w:rsid w:val="00AA1D8D"/>
    <w:rsid w:val="00B47730"/>
    <w:rsid w:val="00CB0664"/>
    <w:rsid w:val="00D621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E844F"/>
  <w14:defaultImageDpi w14:val="300"/>
  <w15:docId w15:val="{CA0FC920-1414-4870-BE5E-434173C8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0252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283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6283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628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40"/>
    </w:pPr>
    <w:rPr>
      <w:rFonts w:ascii="Aptos" w:hAnsi="Aptos"/>
      <w:b/>
      <w:color w:val="16283F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2048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precalificación comercial — Litio, oro y cobre</dc:title>
  <dc:subject>KYC, mandato, requerimiento técnico y prueba de fondos</dc:subject>
  <dc:creator>Sergio A. Bustos LLC — Bustos Global Investment Desk</dc:creator>
  <cp:keywords/>
  <dc:description>generated by python-docx</dc:description>
  <cp:lastModifiedBy>Sergio Alejandro Bustos</cp:lastModifiedBy>
  <cp:revision>2</cp:revision>
  <dcterms:created xsi:type="dcterms:W3CDTF">2026-09-02T20:35:00Z</dcterms:created>
  <dcterms:modified xsi:type="dcterms:W3CDTF">2026-09-02T20:35:00Z</dcterms:modified>
  <cp:category/>
</cp:coreProperties>
</file>